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B998E1" w14:textId="3C6D0BA0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D23B2">
        <w:rPr>
          <w:rFonts w:ascii="Times New Roman" w:hAnsi="Times New Roman" w:cs="Times New Roman"/>
          <w:sz w:val="24"/>
          <w:szCs w:val="24"/>
        </w:rPr>
        <w:t>ANNEXURES / FORMS</w:t>
      </w:r>
    </w:p>
    <w:p w14:paraId="242A961B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The following annexures form an integral part of these Guidelines and shall be used for administration, review, monitoring and closure of RISE–IRGP projects.</w:t>
      </w:r>
    </w:p>
    <w:p w14:paraId="10CD3D4A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 – Application for RISE–IRGP Funding</w:t>
      </w:r>
    </w:p>
    <w:p w14:paraId="2CB4EB31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2 – Research Proposal / Synopsis Format</w:t>
      </w:r>
    </w:p>
    <w:p w14:paraId="33AF9031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3 – Detailed Financial Assistance / Budget Form</w:t>
      </w:r>
    </w:p>
    <w:p w14:paraId="713B7606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4 – PI Undertaking and Declaration</w:t>
      </w:r>
    </w:p>
    <w:p w14:paraId="112BB64C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5 – Guide / Mentor Certification</w:t>
      </w:r>
    </w:p>
    <w:p w14:paraId="54FD4DA9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6 – IRC Reviewer Evaluation Sheet (100 points)</w:t>
      </w:r>
    </w:p>
    <w:p w14:paraId="14993440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7 – Conflict of Interest Declaration</w:t>
      </w:r>
    </w:p>
    <w:p w14:paraId="54762549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8 – IEC / Ethical Compliance Declaration</w:t>
      </w:r>
    </w:p>
    <w:p w14:paraId="53813789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9 – Grant Sanction / Activation Letter</w:t>
      </w:r>
    </w:p>
    <w:p w14:paraId="1F3C70B1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10 – Progress Report</w:t>
      </w:r>
    </w:p>
    <w:p w14:paraId="6CBBFBAF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11 – Protocol Deviation / Amendment Report</w:t>
      </w:r>
    </w:p>
    <w:p w14:paraId="02B34A0F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12 – Final Project Completion Report</w:t>
      </w:r>
    </w:p>
    <w:p w14:paraId="332CE110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13 – Statement of Expenditure and Utilisation Certificate</w:t>
      </w:r>
    </w:p>
    <w:p w14:paraId="5BC304D2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14 – Extension Request Form</w:t>
      </w:r>
    </w:p>
    <w:p w14:paraId="639CCD3F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15 – Project Completion Certificate</w:t>
      </w:r>
    </w:p>
    <w:p w14:paraId="117AC561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16 – External Grant Conversion / Outcome Form</w:t>
      </w:r>
    </w:p>
    <w:p w14:paraId="2DF2C566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Annexure 17 – Annual RISE Institutional KPI Dashboard</w:t>
      </w:r>
    </w:p>
    <w:p w14:paraId="558BA582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695942B1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 – APPLICATION FOR RISE–IRGP FUNDING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BD0270" w:rsidRPr="005D23B2" w14:paraId="1B41C8CF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206071AB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Particular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2EF5802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BD0270" w:rsidRPr="005D23B2" w14:paraId="4EA7E8F4" w14:textId="77777777">
        <w:trPr>
          <w:jc w:val="center"/>
        </w:trPr>
        <w:tc>
          <w:tcPr>
            <w:tcW w:w="4968" w:type="dxa"/>
            <w:vAlign w:val="center"/>
          </w:tcPr>
          <w:p w14:paraId="45C17DF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Project ID (office use)</w:t>
            </w:r>
          </w:p>
        </w:tc>
        <w:tc>
          <w:tcPr>
            <w:tcW w:w="4968" w:type="dxa"/>
            <w:vAlign w:val="center"/>
          </w:tcPr>
          <w:p w14:paraId="2B0A8BF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B27B196" w14:textId="77777777">
        <w:trPr>
          <w:jc w:val="center"/>
        </w:trPr>
        <w:tc>
          <w:tcPr>
            <w:tcW w:w="4968" w:type="dxa"/>
            <w:vAlign w:val="center"/>
          </w:tcPr>
          <w:p w14:paraId="1AA0C64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4968" w:type="dxa"/>
            <w:vAlign w:val="center"/>
          </w:tcPr>
          <w:p w14:paraId="24E2C83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 Faculty   </w:t>
            </w:r>
            <w:r w:rsidRPr="005D23B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 Postgraduate   </w:t>
            </w:r>
            <w:r w:rsidRPr="005D23B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 Undergraduate</w:t>
            </w:r>
          </w:p>
        </w:tc>
      </w:tr>
      <w:tr w:rsidR="00BD0270" w:rsidRPr="005D23B2" w14:paraId="3B42842D" w14:textId="77777777">
        <w:trPr>
          <w:jc w:val="center"/>
        </w:trPr>
        <w:tc>
          <w:tcPr>
            <w:tcW w:w="4968" w:type="dxa"/>
            <w:vAlign w:val="center"/>
          </w:tcPr>
          <w:p w14:paraId="2CD4858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Project title</w:t>
            </w:r>
          </w:p>
        </w:tc>
        <w:tc>
          <w:tcPr>
            <w:tcW w:w="4968" w:type="dxa"/>
            <w:vAlign w:val="center"/>
          </w:tcPr>
          <w:p w14:paraId="70139B8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1CF9A31" w14:textId="77777777">
        <w:trPr>
          <w:jc w:val="center"/>
        </w:trPr>
        <w:tc>
          <w:tcPr>
            <w:tcW w:w="4968" w:type="dxa"/>
            <w:vAlign w:val="center"/>
          </w:tcPr>
          <w:p w14:paraId="01D58F3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Principal Investigator</w:t>
            </w:r>
          </w:p>
        </w:tc>
        <w:tc>
          <w:tcPr>
            <w:tcW w:w="4968" w:type="dxa"/>
            <w:vAlign w:val="center"/>
          </w:tcPr>
          <w:p w14:paraId="78E2D9E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A0D6E22" w14:textId="77777777">
        <w:trPr>
          <w:jc w:val="center"/>
        </w:trPr>
        <w:tc>
          <w:tcPr>
            <w:tcW w:w="4968" w:type="dxa"/>
            <w:vAlign w:val="center"/>
          </w:tcPr>
          <w:p w14:paraId="045B17A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Designation / Year of study</w:t>
            </w:r>
          </w:p>
        </w:tc>
        <w:tc>
          <w:tcPr>
            <w:tcW w:w="4968" w:type="dxa"/>
            <w:vAlign w:val="center"/>
          </w:tcPr>
          <w:p w14:paraId="35A730F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17692CD" w14:textId="77777777">
        <w:trPr>
          <w:jc w:val="center"/>
        </w:trPr>
        <w:tc>
          <w:tcPr>
            <w:tcW w:w="4968" w:type="dxa"/>
            <w:vAlign w:val="center"/>
          </w:tcPr>
          <w:p w14:paraId="2046ED5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4968" w:type="dxa"/>
            <w:vAlign w:val="center"/>
          </w:tcPr>
          <w:p w14:paraId="5C0CC88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765CEDC" w14:textId="77777777">
        <w:trPr>
          <w:jc w:val="center"/>
        </w:trPr>
        <w:tc>
          <w:tcPr>
            <w:tcW w:w="4968" w:type="dxa"/>
            <w:vAlign w:val="center"/>
          </w:tcPr>
          <w:p w14:paraId="6CEAAA8C" w14:textId="34A80CF0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Mobile </w:t>
            </w:r>
            <w:r w:rsidR="00C5256D"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4968" w:type="dxa"/>
            <w:vAlign w:val="center"/>
          </w:tcPr>
          <w:p w14:paraId="019DA23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345770C" w14:textId="77777777">
        <w:trPr>
          <w:jc w:val="center"/>
        </w:trPr>
        <w:tc>
          <w:tcPr>
            <w:tcW w:w="4968" w:type="dxa"/>
            <w:vAlign w:val="center"/>
          </w:tcPr>
          <w:p w14:paraId="37BD997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Co-Investigator(s)</w:t>
            </w:r>
          </w:p>
        </w:tc>
        <w:tc>
          <w:tcPr>
            <w:tcW w:w="4968" w:type="dxa"/>
            <w:vAlign w:val="center"/>
          </w:tcPr>
          <w:p w14:paraId="7FB4B9B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C05AC6D" w14:textId="77777777">
        <w:trPr>
          <w:jc w:val="center"/>
        </w:trPr>
        <w:tc>
          <w:tcPr>
            <w:tcW w:w="4968" w:type="dxa"/>
            <w:vAlign w:val="center"/>
          </w:tcPr>
          <w:p w14:paraId="2AF4F1F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 (UG/PG)</w:t>
            </w:r>
          </w:p>
        </w:tc>
        <w:tc>
          <w:tcPr>
            <w:tcW w:w="4968" w:type="dxa"/>
            <w:vAlign w:val="center"/>
          </w:tcPr>
          <w:p w14:paraId="11F4163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4967043" w14:textId="77777777">
        <w:trPr>
          <w:jc w:val="center"/>
        </w:trPr>
        <w:tc>
          <w:tcPr>
            <w:tcW w:w="4968" w:type="dxa"/>
            <w:vAlign w:val="center"/>
          </w:tcPr>
          <w:p w14:paraId="60B4A70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Proposed duration</w:t>
            </w:r>
          </w:p>
        </w:tc>
        <w:tc>
          <w:tcPr>
            <w:tcW w:w="4968" w:type="dxa"/>
            <w:vAlign w:val="center"/>
          </w:tcPr>
          <w:p w14:paraId="0D7820F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9138036" w14:textId="77777777">
        <w:trPr>
          <w:jc w:val="center"/>
        </w:trPr>
        <w:tc>
          <w:tcPr>
            <w:tcW w:w="4968" w:type="dxa"/>
            <w:vAlign w:val="center"/>
          </w:tcPr>
          <w:p w14:paraId="2A5D98D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Budget requested</w:t>
            </w:r>
          </w:p>
        </w:tc>
        <w:tc>
          <w:tcPr>
            <w:tcW w:w="4968" w:type="dxa"/>
            <w:vAlign w:val="center"/>
          </w:tcPr>
          <w:p w14:paraId="63BCB25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</w:tr>
    </w:tbl>
    <w:p w14:paraId="5C2A7D12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650CF321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 xml:space="preserve">Documents enclosed: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Proposal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Detailed budget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IEC approval / undertaking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Required signatures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COI declaration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Other approvals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04696CD3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3CD81FCA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4A486A50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57236869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1D1100A5" w14:textId="77777777">
        <w:trPr>
          <w:jc w:val="center"/>
        </w:trPr>
        <w:tc>
          <w:tcPr>
            <w:tcW w:w="3312" w:type="dxa"/>
            <w:vAlign w:val="center"/>
          </w:tcPr>
          <w:p w14:paraId="5B80849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3312" w:type="dxa"/>
            <w:vAlign w:val="center"/>
          </w:tcPr>
          <w:p w14:paraId="6C6C4A1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1162F9A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152EA9E" w14:textId="77777777">
        <w:trPr>
          <w:jc w:val="center"/>
        </w:trPr>
        <w:tc>
          <w:tcPr>
            <w:tcW w:w="3312" w:type="dxa"/>
            <w:vAlign w:val="center"/>
          </w:tcPr>
          <w:p w14:paraId="3052868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 (where applicable)</w:t>
            </w:r>
          </w:p>
        </w:tc>
        <w:tc>
          <w:tcPr>
            <w:tcW w:w="3312" w:type="dxa"/>
            <w:vAlign w:val="center"/>
          </w:tcPr>
          <w:p w14:paraId="68FF683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94E064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27A756C" w14:textId="77777777">
        <w:trPr>
          <w:jc w:val="center"/>
        </w:trPr>
        <w:tc>
          <w:tcPr>
            <w:tcW w:w="3312" w:type="dxa"/>
            <w:vAlign w:val="center"/>
          </w:tcPr>
          <w:p w14:paraId="54FF84A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Head of Department</w:t>
            </w:r>
          </w:p>
        </w:tc>
        <w:tc>
          <w:tcPr>
            <w:tcW w:w="3312" w:type="dxa"/>
            <w:vAlign w:val="center"/>
          </w:tcPr>
          <w:p w14:paraId="699162B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9851B7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F040E1A" w14:textId="77777777">
        <w:trPr>
          <w:jc w:val="center"/>
        </w:trPr>
        <w:tc>
          <w:tcPr>
            <w:tcW w:w="3312" w:type="dxa"/>
            <w:vAlign w:val="center"/>
          </w:tcPr>
          <w:p w14:paraId="3EF792F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3ACEDD2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D0835C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0A3BFD0" w14:textId="77777777">
        <w:trPr>
          <w:jc w:val="center"/>
        </w:trPr>
        <w:tc>
          <w:tcPr>
            <w:tcW w:w="3312" w:type="dxa"/>
            <w:vAlign w:val="center"/>
          </w:tcPr>
          <w:p w14:paraId="499DCA1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Dean / Competent Authority</w:t>
            </w:r>
          </w:p>
        </w:tc>
        <w:tc>
          <w:tcPr>
            <w:tcW w:w="3312" w:type="dxa"/>
            <w:vAlign w:val="center"/>
          </w:tcPr>
          <w:p w14:paraId="455FD67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8B3467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027452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4A351487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7D19C91B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  <w:lastRenderedPageBreak/>
        <w:t>ANNEXURE 2</w:t>
      </w:r>
    </w:p>
    <w:p w14:paraId="61450193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  <w:t>RISE–IRGP RESEARCH PROPOSAL / SYNOPSIS FORMAT</w:t>
      </w:r>
    </w:p>
    <w:p w14:paraId="2F5A4C7B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  <w:t>BLINDED VERSION FOR EXPERT SCIENTIFIC REVIEW</w:t>
      </w:r>
    </w:p>
    <w:p w14:paraId="3634C9A0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  <w:t>Instructions to Applicants</w:t>
      </w:r>
    </w:p>
    <w:p w14:paraId="2227C8C8" w14:textId="77777777" w:rsidR="003A795E" w:rsidRPr="003A795E" w:rsidRDefault="003A795E" w:rsidP="003A795E">
      <w:pPr>
        <w:numPr>
          <w:ilvl w:val="0"/>
          <w:numId w:val="29"/>
        </w:num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 xml:space="preserve">The research proposal submitted for expert scientific review shall be blinded. </w:t>
      </w:r>
    </w:p>
    <w:p w14:paraId="6B4E6956" w14:textId="77777777" w:rsidR="003A795E" w:rsidRPr="003A795E" w:rsidRDefault="003A795E" w:rsidP="003A795E">
      <w:pPr>
        <w:numPr>
          <w:ilvl w:val="0"/>
          <w:numId w:val="29"/>
        </w:num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 xml:space="preserve">The proposal shall contain only the RISE Proposal ID and shall not contain the name, designation, department, contact details, Guide/Mentor name, or other information that may directly identify the investigators. </w:t>
      </w:r>
    </w:p>
    <w:p w14:paraId="3A2BE96D" w14:textId="77777777" w:rsidR="003A795E" w:rsidRPr="003A795E" w:rsidRDefault="003A795E" w:rsidP="003A795E">
      <w:pPr>
        <w:numPr>
          <w:ilvl w:val="0"/>
          <w:numId w:val="29"/>
        </w:num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 xml:space="preserve">The Department of Research shall maintain the investigator-identification details separately from the blinded proposal. </w:t>
      </w:r>
    </w:p>
    <w:p w14:paraId="41A6C4B4" w14:textId="77777777" w:rsidR="003A795E" w:rsidRPr="003A795E" w:rsidRDefault="003A795E" w:rsidP="003A795E">
      <w:pPr>
        <w:numPr>
          <w:ilvl w:val="0"/>
          <w:numId w:val="29"/>
        </w:num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 xml:space="preserve">Applicants should also avoid indirect identification of the investigators or institution within the scientific proposal. </w:t>
      </w:r>
    </w:p>
    <w:p w14:paraId="35D4F985" w14:textId="77777777" w:rsidR="003A795E" w:rsidRPr="003A795E" w:rsidRDefault="003A795E" w:rsidP="003A795E">
      <w:pPr>
        <w:numPr>
          <w:ilvl w:val="0"/>
          <w:numId w:val="29"/>
        </w:num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 xml:space="preserve">The prescribed word limits should be followed. Proposals substantially exceeding the prescribed limits may be returned for revision or may not be considered for review. </w:t>
      </w:r>
    </w:p>
    <w:p w14:paraId="46752BC6" w14:textId="77777777" w:rsidR="003A795E" w:rsidRPr="003A795E" w:rsidRDefault="003A795E" w:rsidP="003A795E">
      <w:pPr>
        <w:numPr>
          <w:ilvl w:val="0"/>
          <w:numId w:val="29"/>
        </w:num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 xml:space="preserve">The overall word limit for the proposal is approximately 2,200 words, excluding the title, objectives, tables, budget, timeline/work plan and references. </w:t>
      </w:r>
    </w:p>
    <w:p w14:paraId="181D1736" w14:textId="77777777" w:rsidR="003A795E" w:rsidRPr="003A795E" w:rsidRDefault="003A795E" w:rsidP="003A795E">
      <w:pPr>
        <w:numPr>
          <w:ilvl w:val="0"/>
          <w:numId w:val="29"/>
        </w:num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 xml:space="preserve">The Methodology has an overall word limit of 800 words. There is no separate word limit for individual components of the methodology. </w:t>
      </w:r>
    </w:p>
    <w:p w14:paraId="2F1022A6" w14:textId="77777777" w:rsidR="003A795E" w:rsidRPr="003A795E" w:rsidRDefault="003A795E" w:rsidP="003A795E">
      <w:pPr>
        <w:numPr>
          <w:ilvl w:val="0"/>
          <w:numId w:val="29"/>
        </w:num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 xml:space="preserve">References should be provided in Vancouver style, with a maximum of 15 references. </w:t>
      </w:r>
    </w:p>
    <w:p w14:paraId="5B287086" w14:textId="372161D3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en-IN"/>
        </w:rPr>
      </w:pPr>
    </w:p>
    <w:p w14:paraId="5A228039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1. Title of Research Project</w:t>
      </w:r>
    </w:p>
    <w:p w14:paraId="789DFC5F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25 words</w:t>
      </w:r>
    </w:p>
    <w:p w14:paraId="5FE7B767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5615EC6B">
          <v:rect id="_x0000_i1025" style="width:0;height:1.5pt" o:hralign="center" o:hrstd="t" o:hr="t" fillcolor="#a0a0a0" stroked="f"/>
        </w:pict>
      </w:r>
    </w:p>
    <w:p w14:paraId="5773E407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2. Background and Rationale</w:t>
      </w:r>
    </w:p>
    <w:p w14:paraId="13FFB2D1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300 words</w:t>
      </w:r>
    </w:p>
    <w:p w14:paraId="537BC056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Briefly describe the background of the research problem, existing knowledge, identified gap and justification for undertaking the proposed research.</w:t>
      </w:r>
    </w:p>
    <w:p w14:paraId="4D8E76DD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221BA861">
          <v:rect id="_x0000_i1026" style="width:0;height:1.5pt" o:hralign="center" o:hrstd="t" o:hr="t" fillcolor="#a0a0a0" stroked="f"/>
        </w:pict>
      </w:r>
    </w:p>
    <w:p w14:paraId="6D72CB08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3. Research Question</w:t>
      </w:r>
    </w:p>
    <w:p w14:paraId="67E3EE6F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50 words</w:t>
      </w:r>
    </w:p>
    <w:p w14:paraId="2E3F1455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1A174D1C">
          <v:rect id="_x0000_i1027" style="width:0;height:1.5pt" o:hralign="center" o:hrstd="t" o:hr="t" fillcolor="#a0a0a0" stroked="f"/>
        </w:pict>
      </w:r>
    </w:p>
    <w:p w14:paraId="44FBCBF5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4. Aim</w:t>
      </w:r>
    </w:p>
    <w:p w14:paraId="0ACC4FFF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30 words</w:t>
      </w:r>
    </w:p>
    <w:p w14:paraId="5B25A2E1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0AF5E3AC">
          <v:rect id="_x0000_i1028" style="width:0;height:1.5pt" o:hralign="center" o:hrstd="t" o:hr="t" fillcolor="#a0a0a0" stroked="f"/>
        </w:pict>
      </w:r>
    </w:p>
    <w:p w14:paraId="4DE68940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5. Primary Objective</w:t>
      </w:r>
    </w:p>
    <w:p w14:paraId="202C2B3A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50 words</w:t>
      </w:r>
    </w:p>
    <w:p w14:paraId="598314C7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162BEF51">
          <v:rect id="_x0000_i1029" style="width:0;height:1.5pt" o:hralign="center" o:hrstd="t" o:hr="t" fillcolor="#a0a0a0" stroked="f"/>
        </w:pict>
      </w:r>
    </w:p>
    <w:p w14:paraId="14C105CA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lastRenderedPageBreak/>
        <w:t>6. Secondary Objectives</w:t>
      </w:r>
    </w:p>
    <w:p w14:paraId="4C07D4A6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100 words</w:t>
      </w:r>
    </w:p>
    <w:p w14:paraId="6375BBF8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2E88A1E3">
          <v:rect id="_x0000_i1030" style="width:0;height:1.5pt" o:hralign="center" o:hrstd="t" o:hr="t" fillcolor="#a0a0a0" stroked="f"/>
        </w:pict>
      </w:r>
    </w:p>
    <w:p w14:paraId="36B906DD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7. Methodology</w:t>
      </w:r>
    </w:p>
    <w:p w14:paraId="73492A18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Overall maximum: 800 words</w:t>
      </w:r>
    </w:p>
    <w:p w14:paraId="58E0C471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The methodology should provide sufficient information to allow the reviewer to assess the scientific validity, feasibility and appropriateness of the proposed study.</w:t>
      </w:r>
    </w:p>
    <w:p w14:paraId="41DD0847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The following components should be addressed, as applicable:</w:t>
      </w:r>
    </w:p>
    <w:p w14:paraId="579374D7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a. Study Design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b. Study Setting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c. Study Population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d. Sample Size and Justification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e. Sampling Technique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f. Inclusion Criteria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g. Exclusion Criteria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h. Study Procedure / Data Collection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i. Study Variables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j. Outcome Measures</w:t>
      </w: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br/>
        <w:t>k. Data Analysis Plan</w:t>
      </w:r>
    </w:p>
    <w:p w14:paraId="4EF64F45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Applicants may distribute the 800 words among these components according to the requirements of their study. No separate word limit will apply to individual components.</w:t>
      </w:r>
    </w:p>
    <w:p w14:paraId="5A4BEADF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4AB7426D">
          <v:rect id="_x0000_i1031" style="width:0;height:1.5pt" o:hralign="center" o:hrstd="t" o:hr="t" fillcolor="#a0a0a0" stroked="f"/>
        </w:pict>
      </w:r>
    </w:p>
    <w:p w14:paraId="2D7E60ED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737C3BF1">
          <v:rect id="_x0000_i1032" style="width:0;height:1.5pt" o:hralign="center" o:hrstd="t" o:hr="t" fillcolor="#a0a0a0" stroked="f"/>
        </w:pict>
      </w:r>
    </w:p>
    <w:p w14:paraId="64593DDC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00147F6C">
          <v:rect id="_x0000_i1033" style="width:0;height:1.5pt" o:hralign="center" o:hrstd="t" o:hr="t" fillcolor="#a0a0a0" stroked="f"/>
        </w:pict>
      </w:r>
    </w:p>
    <w:p w14:paraId="4EA711FD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8. Expected Outcomes</w:t>
      </w:r>
    </w:p>
    <w:p w14:paraId="7A69F46B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150 words</w:t>
      </w:r>
    </w:p>
    <w:p w14:paraId="4DD2A116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Clearly state the expected findings, outputs or outcomes of the proposed research.</w:t>
      </w:r>
    </w:p>
    <w:p w14:paraId="247A9858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2D68F0E2">
          <v:rect id="_x0000_i1034" style="width:0;height:1.5pt" o:hralign="center" o:hrstd="t" o:hr="t" fillcolor="#a0a0a0" stroked="f"/>
        </w:pict>
      </w:r>
    </w:p>
    <w:p w14:paraId="0E332929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9. Innovation / Novelty</w:t>
      </w:r>
    </w:p>
    <w:p w14:paraId="5BBEBE6B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150 words</w:t>
      </w:r>
    </w:p>
    <w:p w14:paraId="3F9BF560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Describe what is new, innovative or different about the proposed research.</w:t>
      </w:r>
    </w:p>
    <w:p w14:paraId="5D2129EE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2DEDCCBF">
          <v:rect id="_x0000_i1035" style="width:0;height:1.5pt" o:hralign="center" o:hrstd="t" o:hr="t" fillcolor="#a0a0a0" stroked="f"/>
        </w:pict>
      </w:r>
    </w:p>
    <w:p w14:paraId="5C52894B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10. Ethical Considerations</w:t>
      </w:r>
    </w:p>
    <w:p w14:paraId="6569E96C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150 words</w:t>
      </w:r>
    </w:p>
    <w:p w14:paraId="2B2CB2A5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Briefly describe the relevant ethical issues, including informed consent, confidentiality, privacy, risks and benefits, as applicable.</w:t>
      </w:r>
    </w:p>
    <w:p w14:paraId="6CCE38AF" w14:textId="16B2A469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Do not mention the name of the investigators in the blinded proposal.</w:t>
      </w:r>
    </w:p>
    <w:p w14:paraId="3E617C1F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16D476CF">
          <v:rect id="_x0000_i1036" style="width:0;height:1.5pt" o:hralign="center" o:hrstd="t" o:hr="t" fillcolor="#a0a0a0" stroked="f"/>
        </w:pict>
      </w:r>
    </w:p>
    <w:p w14:paraId="3CE3967E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lastRenderedPageBreak/>
        <w:t>11. Timeline / Work Plan</w:t>
      </w:r>
    </w:p>
    <w:p w14:paraId="02112277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100 words, excluding the timeline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5"/>
        <w:gridCol w:w="1174"/>
        <w:gridCol w:w="1174"/>
        <w:gridCol w:w="1174"/>
        <w:gridCol w:w="1429"/>
      </w:tblGrid>
      <w:tr w:rsidR="00D97906" w:rsidRPr="003A795E" w14:paraId="4D5A771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63D5AB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Activity</w:t>
            </w:r>
          </w:p>
        </w:tc>
        <w:tc>
          <w:tcPr>
            <w:tcW w:w="0" w:type="auto"/>
            <w:vAlign w:val="center"/>
            <w:hideMark/>
          </w:tcPr>
          <w:p w14:paraId="1F08E1EF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Month 1–3</w:t>
            </w:r>
          </w:p>
        </w:tc>
        <w:tc>
          <w:tcPr>
            <w:tcW w:w="0" w:type="auto"/>
            <w:vAlign w:val="center"/>
            <w:hideMark/>
          </w:tcPr>
          <w:p w14:paraId="32D04C04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Month 4–6</w:t>
            </w:r>
          </w:p>
        </w:tc>
        <w:tc>
          <w:tcPr>
            <w:tcW w:w="0" w:type="auto"/>
            <w:vAlign w:val="center"/>
            <w:hideMark/>
          </w:tcPr>
          <w:p w14:paraId="7C010626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Month 7–9</w:t>
            </w:r>
          </w:p>
        </w:tc>
        <w:tc>
          <w:tcPr>
            <w:tcW w:w="0" w:type="auto"/>
            <w:vAlign w:val="center"/>
            <w:hideMark/>
          </w:tcPr>
          <w:p w14:paraId="4E55D1B2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Month 10–12</w:t>
            </w:r>
          </w:p>
        </w:tc>
      </w:tr>
      <w:tr w:rsidR="00D97906" w:rsidRPr="003A795E" w14:paraId="196A2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7E754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Ethical/Regulatory Approval</w:t>
            </w:r>
          </w:p>
        </w:tc>
        <w:tc>
          <w:tcPr>
            <w:tcW w:w="0" w:type="auto"/>
            <w:vAlign w:val="center"/>
            <w:hideMark/>
          </w:tcPr>
          <w:p w14:paraId="389254E9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0D04EDA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26DE3BA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CC62AF1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</w:tr>
      <w:tr w:rsidR="00D97906" w:rsidRPr="003A795E" w14:paraId="1D2A3D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0E24D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Data Collection</w:t>
            </w:r>
          </w:p>
        </w:tc>
        <w:tc>
          <w:tcPr>
            <w:tcW w:w="0" w:type="auto"/>
            <w:vAlign w:val="center"/>
            <w:hideMark/>
          </w:tcPr>
          <w:p w14:paraId="3DA656D9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15EA97C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798CE0B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C254739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</w:tr>
      <w:tr w:rsidR="00D97906" w:rsidRPr="003A795E" w14:paraId="75D8DA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B4737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Data Analysis</w:t>
            </w:r>
          </w:p>
        </w:tc>
        <w:tc>
          <w:tcPr>
            <w:tcW w:w="0" w:type="auto"/>
            <w:vAlign w:val="center"/>
            <w:hideMark/>
          </w:tcPr>
          <w:p w14:paraId="1238013E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9946F88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E877D3D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EDC55EA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</w:tr>
      <w:tr w:rsidR="00D97906" w:rsidRPr="003A795E" w14:paraId="027875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61CCE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Report Writing</w:t>
            </w:r>
          </w:p>
        </w:tc>
        <w:tc>
          <w:tcPr>
            <w:tcW w:w="0" w:type="auto"/>
            <w:vAlign w:val="center"/>
            <w:hideMark/>
          </w:tcPr>
          <w:p w14:paraId="05FBD073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787570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3E233A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ADA443B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</w:tr>
      <w:tr w:rsidR="00D97906" w:rsidRPr="003A795E" w14:paraId="79189B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9246D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  <w:t>Manuscript Preparation</w:t>
            </w:r>
          </w:p>
        </w:tc>
        <w:tc>
          <w:tcPr>
            <w:tcW w:w="0" w:type="auto"/>
            <w:vAlign w:val="center"/>
            <w:hideMark/>
          </w:tcPr>
          <w:p w14:paraId="45374370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23085C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04A81B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0B20938" w14:textId="77777777" w:rsidR="003A795E" w:rsidRPr="003A795E" w:rsidRDefault="003A795E" w:rsidP="003A795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3A795E">
              <w:rPr>
                <w:rFonts w:ascii="Segoe UI Symbol" w:eastAsiaTheme="majorEastAsia" w:hAnsi="Segoe UI Symbol" w:cs="Segoe UI Symbol"/>
                <w:b/>
                <w:bCs/>
                <w:sz w:val="24"/>
                <w:szCs w:val="24"/>
                <w:lang w:val="en-IN"/>
              </w:rPr>
              <w:t>☐</w:t>
            </w:r>
          </w:p>
        </w:tc>
      </w:tr>
    </w:tbl>
    <w:p w14:paraId="4010C9EB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val="en-IN"/>
        </w:rPr>
        <w:t>The timeline should be modified according to the proposed duration of the project.</w:t>
      </w:r>
    </w:p>
    <w:p w14:paraId="5F1F244C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6FDE983F">
          <v:rect id="_x0000_i1037" style="width:0;height:1.5pt" o:hralign="center" o:hrstd="t" o:hr="t" fillcolor="#a0a0a0" stroked="f"/>
        </w:pict>
      </w:r>
    </w:p>
    <w:p w14:paraId="48C04EFA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12. Future Research / External Grant Potential</w:t>
      </w:r>
    </w:p>
    <w:p w14:paraId="14A29EB8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150 words</w:t>
      </w:r>
    </w:p>
    <w:p w14:paraId="3DAFC0C6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Briefly describe the potential of the proposed research for further studies, larger projects, innovation, collaboration or application for external research funding.</w:t>
      </w:r>
    </w:p>
    <w:p w14:paraId="1A835428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498399CE">
          <v:rect id="_x0000_i1038" style="width:0;height:1.5pt" o:hralign="center" o:hrstd="t" o:hr="t" fillcolor="#a0a0a0" stroked="f"/>
        </w:pict>
      </w:r>
    </w:p>
    <w:p w14:paraId="3B404F69" w14:textId="77777777" w:rsidR="003A795E" w:rsidRPr="003A795E" w:rsidRDefault="0045319F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pict w14:anchorId="58B0437C">
          <v:rect id="_x0000_i1039" style="width:0;height:1.5pt" o:hralign="center" o:hrstd="t" o:hr="t" fillcolor="#a0a0a0" stroked="f"/>
        </w:pict>
      </w:r>
    </w:p>
    <w:p w14:paraId="2D33308F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13. References</w:t>
      </w:r>
    </w:p>
    <w:p w14:paraId="1FDAA762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Maximum: 15 references</w:t>
      </w:r>
    </w:p>
    <w:p w14:paraId="22540E61" w14:textId="77777777" w:rsidR="003A795E" w:rsidRPr="003A795E" w:rsidRDefault="003A795E" w:rsidP="003A795E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</w:pPr>
      <w:r w:rsidRPr="003A795E">
        <w:rPr>
          <w:rFonts w:ascii="Times New Roman" w:eastAsiaTheme="majorEastAsia" w:hAnsi="Times New Roman" w:cs="Times New Roman"/>
          <w:b/>
          <w:bCs/>
          <w:sz w:val="24"/>
          <w:szCs w:val="24"/>
          <w:lang w:val="en-IN"/>
        </w:rPr>
        <w:t>References should be cited and listed in Vancouver style.</w:t>
      </w:r>
    </w:p>
    <w:p w14:paraId="391F8A87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PI Declaration: I hereby declare that the information provided is true and correct, that the proposed research has not received duplicate funding from another internal or external agency, and that I agree to abide by RISE–IRGP rules.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73676BEE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0A123610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77B0AF31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503DF18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1F808050" w14:textId="77777777">
        <w:trPr>
          <w:jc w:val="center"/>
        </w:trPr>
        <w:tc>
          <w:tcPr>
            <w:tcW w:w="3312" w:type="dxa"/>
            <w:vAlign w:val="center"/>
          </w:tcPr>
          <w:p w14:paraId="61A489E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Principal Investigator</w:t>
            </w:r>
          </w:p>
        </w:tc>
        <w:tc>
          <w:tcPr>
            <w:tcW w:w="3312" w:type="dxa"/>
            <w:vAlign w:val="center"/>
          </w:tcPr>
          <w:p w14:paraId="004AB03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4C5622C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27F9C5D" w14:textId="77777777">
        <w:trPr>
          <w:jc w:val="center"/>
        </w:trPr>
        <w:tc>
          <w:tcPr>
            <w:tcW w:w="3312" w:type="dxa"/>
            <w:vAlign w:val="center"/>
          </w:tcPr>
          <w:p w14:paraId="1FC74D6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</w:t>
            </w:r>
          </w:p>
        </w:tc>
        <w:tc>
          <w:tcPr>
            <w:tcW w:w="3312" w:type="dxa"/>
            <w:vAlign w:val="center"/>
          </w:tcPr>
          <w:p w14:paraId="3BF09E0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18EACB2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9E5A6C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79FFDBBE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679DF830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3 – DETAILED FINANCIAL ASSISTANCE / BUDGET FORM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9"/>
        <w:gridCol w:w="1563"/>
        <w:gridCol w:w="1419"/>
        <w:gridCol w:w="1419"/>
        <w:gridCol w:w="1419"/>
        <w:gridCol w:w="1419"/>
        <w:gridCol w:w="1483"/>
      </w:tblGrid>
      <w:tr w:rsidR="00BD0270" w:rsidRPr="005D23B2" w14:paraId="48DD9CAA" w14:textId="77777777">
        <w:trPr>
          <w:jc w:val="center"/>
        </w:trPr>
        <w:tc>
          <w:tcPr>
            <w:tcW w:w="1419" w:type="dxa"/>
            <w:shd w:val="clear" w:color="auto" w:fill="D9EAF7"/>
            <w:vAlign w:val="center"/>
          </w:tcPr>
          <w:p w14:paraId="3247467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Sr.</w:t>
            </w:r>
          </w:p>
        </w:tc>
        <w:tc>
          <w:tcPr>
            <w:tcW w:w="1419" w:type="dxa"/>
            <w:shd w:val="clear" w:color="auto" w:fill="D9EAF7"/>
            <w:vAlign w:val="center"/>
          </w:tcPr>
          <w:p w14:paraId="73682FA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Budget Head</w:t>
            </w:r>
          </w:p>
        </w:tc>
        <w:tc>
          <w:tcPr>
            <w:tcW w:w="1419" w:type="dxa"/>
            <w:shd w:val="clear" w:color="auto" w:fill="D9EAF7"/>
            <w:vAlign w:val="center"/>
          </w:tcPr>
          <w:p w14:paraId="7EFA133A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Item / Description</w:t>
            </w:r>
          </w:p>
        </w:tc>
        <w:tc>
          <w:tcPr>
            <w:tcW w:w="1419" w:type="dxa"/>
            <w:shd w:val="clear" w:color="auto" w:fill="D9EAF7"/>
            <w:vAlign w:val="center"/>
          </w:tcPr>
          <w:p w14:paraId="5AC0A35C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Qty.</w:t>
            </w:r>
          </w:p>
        </w:tc>
        <w:tc>
          <w:tcPr>
            <w:tcW w:w="1419" w:type="dxa"/>
            <w:shd w:val="clear" w:color="auto" w:fill="D9EAF7"/>
            <w:vAlign w:val="center"/>
          </w:tcPr>
          <w:p w14:paraId="2B47F40A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Unit Cost</w:t>
            </w:r>
          </w:p>
        </w:tc>
        <w:tc>
          <w:tcPr>
            <w:tcW w:w="1419" w:type="dxa"/>
            <w:shd w:val="clear" w:color="auto" w:fill="D9EAF7"/>
            <w:vAlign w:val="center"/>
          </w:tcPr>
          <w:p w14:paraId="0269E187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419" w:type="dxa"/>
            <w:shd w:val="clear" w:color="auto" w:fill="D9EAF7"/>
            <w:vAlign w:val="center"/>
          </w:tcPr>
          <w:p w14:paraId="32FDACD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Justification</w:t>
            </w:r>
          </w:p>
        </w:tc>
      </w:tr>
      <w:tr w:rsidR="00BD0270" w:rsidRPr="005D23B2" w14:paraId="22F00F8D" w14:textId="77777777">
        <w:trPr>
          <w:jc w:val="center"/>
        </w:trPr>
        <w:tc>
          <w:tcPr>
            <w:tcW w:w="1419" w:type="dxa"/>
            <w:vAlign w:val="center"/>
          </w:tcPr>
          <w:p w14:paraId="78CFF25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vAlign w:val="center"/>
          </w:tcPr>
          <w:p w14:paraId="5C90992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Consumables / Reagents</w:t>
            </w:r>
          </w:p>
        </w:tc>
        <w:tc>
          <w:tcPr>
            <w:tcW w:w="1419" w:type="dxa"/>
            <w:vAlign w:val="center"/>
          </w:tcPr>
          <w:p w14:paraId="324FFA6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41472D9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62AC0B2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7D35FF6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1B944A3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1FD5D2F" w14:textId="77777777">
        <w:trPr>
          <w:jc w:val="center"/>
        </w:trPr>
        <w:tc>
          <w:tcPr>
            <w:tcW w:w="1419" w:type="dxa"/>
            <w:vAlign w:val="center"/>
          </w:tcPr>
          <w:p w14:paraId="6E91597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  <w:vAlign w:val="center"/>
          </w:tcPr>
          <w:p w14:paraId="5921B10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Minor Equipment</w:t>
            </w:r>
          </w:p>
        </w:tc>
        <w:tc>
          <w:tcPr>
            <w:tcW w:w="1419" w:type="dxa"/>
            <w:vAlign w:val="center"/>
          </w:tcPr>
          <w:p w14:paraId="7C92079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09399A0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01D6A95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232ACA7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3BA7087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519B68D" w14:textId="77777777">
        <w:trPr>
          <w:jc w:val="center"/>
        </w:trPr>
        <w:tc>
          <w:tcPr>
            <w:tcW w:w="1419" w:type="dxa"/>
            <w:vAlign w:val="center"/>
          </w:tcPr>
          <w:p w14:paraId="3FEC894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  <w:vAlign w:val="center"/>
          </w:tcPr>
          <w:p w14:paraId="705B1AE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Patient / Laboratory Investigations</w:t>
            </w:r>
          </w:p>
        </w:tc>
        <w:tc>
          <w:tcPr>
            <w:tcW w:w="1419" w:type="dxa"/>
            <w:vAlign w:val="center"/>
          </w:tcPr>
          <w:p w14:paraId="7224971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00C43E0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038C0D6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2EE9E14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5D738DF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2AFF9DF" w14:textId="77777777">
        <w:trPr>
          <w:jc w:val="center"/>
        </w:trPr>
        <w:tc>
          <w:tcPr>
            <w:tcW w:w="1419" w:type="dxa"/>
            <w:vAlign w:val="center"/>
          </w:tcPr>
          <w:p w14:paraId="367D066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  <w:vAlign w:val="center"/>
          </w:tcPr>
          <w:p w14:paraId="756B8CA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Data Collection / Data Management</w:t>
            </w:r>
          </w:p>
        </w:tc>
        <w:tc>
          <w:tcPr>
            <w:tcW w:w="1419" w:type="dxa"/>
            <w:vAlign w:val="center"/>
          </w:tcPr>
          <w:p w14:paraId="3A010BA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5529366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2919B9E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5AFCD51D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3088945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A3AE902" w14:textId="77777777">
        <w:trPr>
          <w:jc w:val="center"/>
        </w:trPr>
        <w:tc>
          <w:tcPr>
            <w:tcW w:w="1419" w:type="dxa"/>
            <w:vAlign w:val="center"/>
          </w:tcPr>
          <w:p w14:paraId="341183D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vAlign w:val="center"/>
          </w:tcPr>
          <w:p w14:paraId="1EFB2F1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Printing / Stationery</w:t>
            </w:r>
          </w:p>
        </w:tc>
        <w:tc>
          <w:tcPr>
            <w:tcW w:w="1419" w:type="dxa"/>
            <w:vAlign w:val="center"/>
          </w:tcPr>
          <w:p w14:paraId="254B46E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53EAC2F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70462B0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4EEEDA8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3C42657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2150300" w14:textId="77777777">
        <w:trPr>
          <w:jc w:val="center"/>
        </w:trPr>
        <w:tc>
          <w:tcPr>
            <w:tcW w:w="1419" w:type="dxa"/>
            <w:vAlign w:val="center"/>
          </w:tcPr>
          <w:p w14:paraId="2109D1B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9" w:type="dxa"/>
            <w:vAlign w:val="center"/>
          </w:tcPr>
          <w:p w14:paraId="10BF00B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Research-related Travel</w:t>
            </w:r>
          </w:p>
        </w:tc>
        <w:tc>
          <w:tcPr>
            <w:tcW w:w="1419" w:type="dxa"/>
            <w:vAlign w:val="center"/>
          </w:tcPr>
          <w:p w14:paraId="0A8C59C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455C2E0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7C5FD35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033B549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1628461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0BEAD92" w14:textId="77777777">
        <w:trPr>
          <w:jc w:val="center"/>
        </w:trPr>
        <w:tc>
          <w:tcPr>
            <w:tcW w:w="1419" w:type="dxa"/>
            <w:vAlign w:val="center"/>
          </w:tcPr>
          <w:p w14:paraId="1B20D50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9" w:type="dxa"/>
            <w:vAlign w:val="center"/>
          </w:tcPr>
          <w:p w14:paraId="5599C9C2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Other (with justification)</w:t>
            </w:r>
          </w:p>
        </w:tc>
        <w:tc>
          <w:tcPr>
            <w:tcW w:w="1419" w:type="dxa"/>
            <w:vAlign w:val="center"/>
          </w:tcPr>
          <w:p w14:paraId="07DDEB4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6796AC9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1A67515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08A7D9C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2A59C3F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201C5DD" w14:textId="77777777">
        <w:trPr>
          <w:jc w:val="center"/>
        </w:trPr>
        <w:tc>
          <w:tcPr>
            <w:tcW w:w="1419" w:type="dxa"/>
            <w:vAlign w:val="center"/>
          </w:tcPr>
          <w:p w14:paraId="3E159CA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5E27414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23002AB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419" w:type="dxa"/>
            <w:vAlign w:val="center"/>
          </w:tcPr>
          <w:p w14:paraId="58748EB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0A93FE9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6A99AC5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  <w:tc>
          <w:tcPr>
            <w:tcW w:w="1419" w:type="dxa"/>
            <w:vAlign w:val="center"/>
          </w:tcPr>
          <w:p w14:paraId="24761B4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10A345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0E54952A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Certification: I certify that the above expenditure is essential for the approved research project and is in accordance with RISE–IRGP rules and institutional financial procedures.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20D3EE2F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5DEB32EA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230D1FDD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498C277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26B777E3" w14:textId="77777777">
        <w:trPr>
          <w:jc w:val="center"/>
        </w:trPr>
        <w:tc>
          <w:tcPr>
            <w:tcW w:w="3312" w:type="dxa"/>
            <w:vAlign w:val="center"/>
          </w:tcPr>
          <w:p w14:paraId="7D6539A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3312" w:type="dxa"/>
            <w:vAlign w:val="center"/>
          </w:tcPr>
          <w:p w14:paraId="2F614E1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42FE094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AEB748F" w14:textId="77777777">
        <w:trPr>
          <w:jc w:val="center"/>
        </w:trPr>
        <w:tc>
          <w:tcPr>
            <w:tcW w:w="3312" w:type="dxa"/>
            <w:vAlign w:val="center"/>
          </w:tcPr>
          <w:p w14:paraId="677EF9A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 (where applicable)</w:t>
            </w:r>
          </w:p>
        </w:tc>
        <w:tc>
          <w:tcPr>
            <w:tcW w:w="3312" w:type="dxa"/>
            <w:vAlign w:val="center"/>
          </w:tcPr>
          <w:p w14:paraId="0D3D8D9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D6D734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9554540" w14:textId="77777777">
        <w:trPr>
          <w:jc w:val="center"/>
        </w:trPr>
        <w:tc>
          <w:tcPr>
            <w:tcW w:w="3312" w:type="dxa"/>
            <w:vAlign w:val="center"/>
          </w:tcPr>
          <w:p w14:paraId="75E353A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Head of Department</w:t>
            </w:r>
          </w:p>
        </w:tc>
        <w:tc>
          <w:tcPr>
            <w:tcW w:w="3312" w:type="dxa"/>
            <w:vAlign w:val="center"/>
          </w:tcPr>
          <w:p w14:paraId="2D0D5FB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51D1FA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E02E408" w14:textId="77777777">
        <w:trPr>
          <w:jc w:val="center"/>
        </w:trPr>
        <w:tc>
          <w:tcPr>
            <w:tcW w:w="3312" w:type="dxa"/>
            <w:vAlign w:val="center"/>
          </w:tcPr>
          <w:p w14:paraId="574EAFF2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00C0AEF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B04B0E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2FE1E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380B9E70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30CA0ADA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4 – PI UNDERTAKING AND DECLARATION</w:t>
      </w:r>
    </w:p>
    <w:p w14:paraId="520F10B4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I, ________________________________, Principal Investigator of the project titled “____________________________________________”, undertake that:</w:t>
      </w:r>
    </w:p>
    <w:p w14:paraId="2700BC7B" w14:textId="77777777" w:rsidR="00BD0270" w:rsidRPr="005D23B2" w:rsidRDefault="000D7F57" w:rsidP="00CD7B3A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The information in the proposal is true and complete.</w:t>
      </w:r>
    </w:p>
    <w:p w14:paraId="5455E638" w14:textId="77777777" w:rsidR="00306FB8" w:rsidRDefault="000D7F57" w:rsidP="00306FB8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The project will be conducted according to the approved protocol and applicable ethical/regulatory requirements.</w:t>
      </w:r>
    </w:p>
    <w:p w14:paraId="5146F511" w14:textId="515566CF" w:rsidR="00306FB8" w:rsidRPr="00306FB8" w:rsidRDefault="00306FB8" w:rsidP="00306FB8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306FB8">
        <w:rPr>
          <w:rFonts w:ascii="Times New Roman" w:hAnsi="Times New Roman" w:cs="Times New Roman"/>
          <w:sz w:val="24"/>
          <w:szCs w:val="24"/>
        </w:rPr>
        <w:t>The proposed research has not received duplicate funding from another internal or external agency, and that I agree to abide by RISE–IRGP rules.</w:t>
      </w:r>
    </w:p>
    <w:p w14:paraId="088DAA5B" w14:textId="77777777" w:rsidR="00BD0270" w:rsidRPr="005D23B2" w:rsidRDefault="000D7F57" w:rsidP="00CD7B3A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No duplicate funding will be claimed for the same work.</w:t>
      </w:r>
    </w:p>
    <w:p w14:paraId="3DCD1816" w14:textId="77777777" w:rsidR="00BD0270" w:rsidRPr="005D23B2" w:rsidRDefault="000D7F57" w:rsidP="00CD7B3A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Grant funds will be used only for approved research expenditure.</w:t>
      </w:r>
    </w:p>
    <w:p w14:paraId="0021D239" w14:textId="77777777" w:rsidR="00BD0270" w:rsidRPr="005D23B2" w:rsidRDefault="000D7F57" w:rsidP="00CD7B3A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Original bills and records will be maintained.</w:t>
      </w:r>
    </w:p>
    <w:p w14:paraId="2C8A7A19" w14:textId="77777777" w:rsidR="00BD0270" w:rsidRPr="005D23B2" w:rsidRDefault="000D7F57" w:rsidP="00CD7B3A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Progress and final reports will be submitted within the prescribed timelines.</w:t>
      </w:r>
    </w:p>
    <w:p w14:paraId="577ADD0F" w14:textId="77777777" w:rsidR="00BD0270" w:rsidRPr="005D23B2" w:rsidRDefault="000D7F57" w:rsidP="00CD7B3A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Any significant protocol deviation will be reported through the appropriate mechanism.</w:t>
      </w:r>
    </w:p>
    <w:p w14:paraId="39105952" w14:textId="77777777" w:rsidR="00306FB8" w:rsidRDefault="000D7F57" w:rsidP="00306FB8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All publications/presentations will acknowledge RISE–IRGP support.</w:t>
      </w:r>
    </w:p>
    <w:p w14:paraId="5AECE626" w14:textId="77777777" w:rsidR="00306FB8" w:rsidRDefault="000D7F57" w:rsidP="00306FB8">
      <w:pPr>
        <w:pStyle w:val="ListNumber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306FB8">
        <w:rPr>
          <w:rFonts w:ascii="Times New Roman" w:hAnsi="Times New Roman" w:cs="Times New Roman"/>
          <w:sz w:val="24"/>
          <w:szCs w:val="24"/>
        </w:rPr>
        <w:t>Any potential intellectual property will be disclosed to the institutional IPR Cell before public disclosure where appropriate.</w:t>
      </w:r>
    </w:p>
    <w:p w14:paraId="1649A7B5" w14:textId="02E3096A" w:rsidR="00BD0270" w:rsidRPr="00306FB8" w:rsidRDefault="000D7F57" w:rsidP="00306FB8">
      <w:pPr>
        <w:pStyle w:val="ListNumber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306FB8">
        <w:rPr>
          <w:rFonts w:ascii="Times New Roman" w:hAnsi="Times New Roman" w:cs="Times New Roman"/>
          <w:sz w:val="24"/>
          <w:szCs w:val="24"/>
        </w:rPr>
        <w:t>Research misconduct will not be tolerated.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4C0CBDD9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22B3911D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5DD2CE84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7B4974A4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0A8BF5DF" w14:textId="77777777">
        <w:trPr>
          <w:jc w:val="center"/>
        </w:trPr>
        <w:tc>
          <w:tcPr>
            <w:tcW w:w="3312" w:type="dxa"/>
            <w:vAlign w:val="center"/>
          </w:tcPr>
          <w:p w14:paraId="1FDC1AD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Principal Investigator</w:t>
            </w:r>
          </w:p>
        </w:tc>
        <w:tc>
          <w:tcPr>
            <w:tcW w:w="3312" w:type="dxa"/>
            <w:vAlign w:val="center"/>
          </w:tcPr>
          <w:p w14:paraId="59FF020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6FE72E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F07CED4" w14:textId="77777777">
        <w:trPr>
          <w:jc w:val="center"/>
        </w:trPr>
        <w:tc>
          <w:tcPr>
            <w:tcW w:w="3312" w:type="dxa"/>
            <w:vAlign w:val="center"/>
          </w:tcPr>
          <w:p w14:paraId="3664249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</w:t>
            </w:r>
          </w:p>
        </w:tc>
        <w:tc>
          <w:tcPr>
            <w:tcW w:w="3312" w:type="dxa"/>
            <w:vAlign w:val="center"/>
          </w:tcPr>
          <w:p w14:paraId="3ADC474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FA7AF9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98E042B" w14:textId="77777777">
        <w:trPr>
          <w:jc w:val="center"/>
        </w:trPr>
        <w:tc>
          <w:tcPr>
            <w:tcW w:w="3312" w:type="dxa"/>
            <w:vAlign w:val="center"/>
          </w:tcPr>
          <w:p w14:paraId="799683D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Head of Department</w:t>
            </w:r>
          </w:p>
        </w:tc>
        <w:tc>
          <w:tcPr>
            <w:tcW w:w="3312" w:type="dxa"/>
            <w:vAlign w:val="center"/>
          </w:tcPr>
          <w:p w14:paraId="1E4CAD5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EA3B61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42E83A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09D39D30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1642030C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5 – GUIDE / MENTOR CERTIFICATION</w:t>
      </w:r>
    </w:p>
    <w:p w14:paraId="7D7B9735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I certify that I have reviewed the proposed research project and agree to guide/supervise the project. I undertake to provide appropriate scientific, methodological, ethical and financial guidance and to facilitate timely progress and completion.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BD0270" w:rsidRPr="005D23B2" w14:paraId="4250CEAA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0964C0C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Particular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79440A6C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BD0270" w:rsidRPr="005D23B2" w14:paraId="07360F12" w14:textId="77777777">
        <w:trPr>
          <w:jc w:val="center"/>
        </w:trPr>
        <w:tc>
          <w:tcPr>
            <w:tcW w:w="4968" w:type="dxa"/>
            <w:vAlign w:val="center"/>
          </w:tcPr>
          <w:p w14:paraId="31152C4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968" w:type="dxa"/>
            <w:vAlign w:val="center"/>
          </w:tcPr>
          <w:p w14:paraId="14511F9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5DF3C48" w14:textId="77777777">
        <w:trPr>
          <w:jc w:val="center"/>
        </w:trPr>
        <w:tc>
          <w:tcPr>
            <w:tcW w:w="4968" w:type="dxa"/>
            <w:vAlign w:val="center"/>
          </w:tcPr>
          <w:p w14:paraId="3FECDAE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</w:p>
        </w:tc>
        <w:tc>
          <w:tcPr>
            <w:tcW w:w="4968" w:type="dxa"/>
            <w:vAlign w:val="center"/>
          </w:tcPr>
          <w:p w14:paraId="7C961CE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E412A26" w14:textId="77777777">
        <w:trPr>
          <w:jc w:val="center"/>
        </w:trPr>
        <w:tc>
          <w:tcPr>
            <w:tcW w:w="4968" w:type="dxa"/>
            <w:vAlign w:val="center"/>
          </w:tcPr>
          <w:p w14:paraId="00186DE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4968" w:type="dxa"/>
            <w:vAlign w:val="center"/>
          </w:tcPr>
          <w:p w14:paraId="443CDEE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F729E8A" w14:textId="77777777">
        <w:trPr>
          <w:jc w:val="center"/>
        </w:trPr>
        <w:tc>
          <w:tcPr>
            <w:tcW w:w="4968" w:type="dxa"/>
            <w:vAlign w:val="center"/>
          </w:tcPr>
          <w:p w14:paraId="54FAEB8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Project title</w:t>
            </w:r>
          </w:p>
        </w:tc>
        <w:tc>
          <w:tcPr>
            <w:tcW w:w="4968" w:type="dxa"/>
            <w:vAlign w:val="center"/>
          </w:tcPr>
          <w:p w14:paraId="392AF12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85B792B" w14:textId="77777777">
        <w:trPr>
          <w:jc w:val="center"/>
        </w:trPr>
        <w:tc>
          <w:tcPr>
            <w:tcW w:w="4968" w:type="dxa"/>
            <w:vAlign w:val="center"/>
          </w:tcPr>
          <w:p w14:paraId="2B38FC82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4968" w:type="dxa"/>
            <w:vAlign w:val="center"/>
          </w:tcPr>
          <w:p w14:paraId="443BE20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58FD474" w14:textId="77777777">
        <w:trPr>
          <w:jc w:val="center"/>
        </w:trPr>
        <w:tc>
          <w:tcPr>
            <w:tcW w:w="4968" w:type="dxa"/>
            <w:vAlign w:val="center"/>
          </w:tcPr>
          <w:p w14:paraId="784430C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4968" w:type="dxa"/>
            <w:vAlign w:val="center"/>
          </w:tcPr>
          <w:p w14:paraId="6B10FB9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D61378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24B5DEAD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702C64E4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6 – IRC REVIEWER EVALUATION SHEET (100 POINTS)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2D8C0FBD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72277B0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Domain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6FA8CE94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Maximum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3A0A05C4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BD0270" w:rsidRPr="005D23B2" w14:paraId="6E55BEAA" w14:textId="77777777">
        <w:trPr>
          <w:jc w:val="center"/>
        </w:trPr>
        <w:tc>
          <w:tcPr>
            <w:tcW w:w="3312" w:type="dxa"/>
            <w:vAlign w:val="center"/>
          </w:tcPr>
          <w:p w14:paraId="71448FD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Significance and relevance</w:t>
            </w:r>
          </w:p>
        </w:tc>
        <w:tc>
          <w:tcPr>
            <w:tcW w:w="3312" w:type="dxa"/>
            <w:vAlign w:val="center"/>
          </w:tcPr>
          <w:p w14:paraId="6E4EFE33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677AD54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904B041" w14:textId="77777777">
        <w:trPr>
          <w:jc w:val="center"/>
        </w:trPr>
        <w:tc>
          <w:tcPr>
            <w:tcW w:w="3312" w:type="dxa"/>
            <w:vAlign w:val="center"/>
          </w:tcPr>
          <w:p w14:paraId="6A807BD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Literature / knowledge gap</w:t>
            </w:r>
          </w:p>
        </w:tc>
        <w:tc>
          <w:tcPr>
            <w:tcW w:w="3312" w:type="dxa"/>
            <w:vAlign w:val="center"/>
          </w:tcPr>
          <w:p w14:paraId="5E1BB927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689AE30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E996FD0" w14:textId="77777777">
        <w:trPr>
          <w:jc w:val="center"/>
        </w:trPr>
        <w:tc>
          <w:tcPr>
            <w:tcW w:w="3312" w:type="dxa"/>
            <w:vAlign w:val="center"/>
          </w:tcPr>
          <w:p w14:paraId="63EA7B3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Originality / innovation</w:t>
            </w:r>
          </w:p>
        </w:tc>
        <w:tc>
          <w:tcPr>
            <w:tcW w:w="3312" w:type="dxa"/>
            <w:vAlign w:val="center"/>
          </w:tcPr>
          <w:p w14:paraId="3586B3E5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0BB01EC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EFEFB74" w14:textId="77777777">
        <w:trPr>
          <w:jc w:val="center"/>
        </w:trPr>
        <w:tc>
          <w:tcPr>
            <w:tcW w:w="3312" w:type="dxa"/>
            <w:vAlign w:val="center"/>
          </w:tcPr>
          <w:p w14:paraId="5F636F41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question / objectives</w:t>
            </w:r>
          </w:p>
        </w:tc>
        <w:tc>
          <w:tcPr>
            <w:tcW w:w="3312" w:type="dxa"/>
            <w:vAlign w:val="center"/>
          </w:tcPr>
          <w:p w14:paraId="04AFF1A6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6CD6296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71DF67E" w14:textId="77777777">
        <w:trPr>
          <w:jc w:val="center"/>
        </w:trPr>
        <w:tc>
          <w:tcPr>
            <w:tcW w:w="3312" w:type="dxa"/>
            <w:vAlign w:val="center"/>
          </w:tcPr>
          <w:p w14:paraId="4701836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Methodology / design</w:t>
            </w:r>
          </w:p>
        </w:tc>
        <w:tc>
          <w:tcPr>
            <w:tcW w:w="3312" w:type="dxa"/>
            <w:vAlign w:val="center"/>
          </w:tcPr>
          <w:p w14:paraId="201B06C6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2" w:type="dxa"/>
            <w:vAlign w:val="center"/>
          </w:tcPr>
          <w:p w14:paraId="47DF932D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E9C5E15" w14:textId="77777777">
        <w:trPr>
          <w:jc w:val="center"/>
        </w:trPr>
        <w:tc>
          <w:tcPr>
            <w:tcW w:w="3312" w:type="dxa"/>
            <w:vAlign w:val="center"/>
          </w:tcPr>
          <w:p w14:paraId="0386351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Sample size / sampling / statistics</w:t>
            </w:r>
          </w:p>
        </w:tc>
        <w:tc>
          <w:tcPr>
            <w:tcW w:w="3312" w:type="dxa"/>
            <w:vAlign w:val="center"/>
          </w:tcPr>
          <w:p w14:paraId="4EB05E3E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5F1C600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4D0A111" w14:textId="77777777">
        <w:trPr>
          <w:jc w:val="center"/>
        </w:trPr>
        <w:tc>
          <w:tcPr>
            <w:tcW w:w="3312" w:type="dxa"/>
            <w:vAlign w:val="center"/>
          </w:tcPr>
          <w:p w14:paraId="2FD2234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Feasibility / institutional resources</w:t>
            </w:r>
          </w:p>
        </w:tc>
        <w:tc>
          <w:tcPr>
            <w:tcW w:w="3312" w:type="dxa"/>
            <w:vAlign w:val="center"/>
          </w:tcPr>
          <w:p w14:paraId="2BA0E205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560B914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2F6B17C" w14:textId="77777777">
        <w:trPr>
          <w:jc w:val="center"/>
        </w:trPr>
        <w:tc>
          <w:tcPr>
            <w:tcW w:w="3312" w:type="dxa"/>
            <w:vAlign w:val="center"/>
          </w:tcPr>
          <w:p w14:paraId="22BFC7F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Ethics / participant protection</w:t>
            </w:r>
          </w:p>
        </w:tc>
        <w:tc>
          <w:tcPr>
            <w:tcW w:w="3312" w:type="dxa"/>
            <w:vAlign w:val="center"/>
          </w:tcPr>
          <w:p w14:paraId="326730D0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3BC86C7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7A12F7F" w14:textId="77777777">
        <w:trPr>
          <w:jc w:val="center"/>
        </w:trPr>
        <w:tc>
          <w:tcPr>
            <w:tcW w:w="3312" w:type="dxa"/>
            <w:vAlign w:val="center"/>
          </w:tcPr>
          <w:p w14:paraId="1D038CC2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Outcomes / impact / dissemination</w:t>
            </w:r>
          </w:p>
        </w:tc>
        <w:tc>
          <w:tcPr>
            <w:tcW w:w="3312" w:type="dxa"/>
            <w:vAlign w:val="center"/>
          </w:tcPr>
          <w:p w14:paraId="2C3BB67C" w14:textId="0605CE6B" w:rsidR="00BD0270" w:rsidRPr="005D23B2" w:rsidRDefault="006B318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12" w:type="dxa"/>
            <w:vAlign w:val="center"/>
          </w:tcPr>
          <w:p w14:paraId="09D47BE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135C365" w14:textId="77777777">
        <w:trPr>
          <w:jc w:val="center"/>
        </w:trPr>
        <w:tc>
          <w:tcPr>
            <w:tcW w:w="3312" w:type="dxa"/>
            <w:vAlign w:val="center"/>
          </w:tcPr>
          <w:p w14:paraId="3DA7DCE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Budget / value for money</w:t>
            </w:r>
          </w:p>
        </w:tc>
        <w:tc>
          <w:tcPr>
            <w:tcW w:w="3312" w:type="dxa"/>
            <w:vAlign w:val="center"/>
          </w:tcPr>
          <w:p w14:paraId="6BD33601" w14:textId="07377EBC" w:rsidR="00BD0270" w:rsidRPr="005D23B2" w:rsidRDefault="006B318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20CBB04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0A0F2A4" w14:textId="77777777">
        <w:trPr>
          <w:jc w:val="center"/>
        </w:trPr>
        <w:tc>
          <w:tcPr>
            <w:tcW w:w="3312" w:type="dxa"/>
            <w:vAlign w:val="center"/>
          </w:tcPr>
          <w:p w14:paraId="4FCCA08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312" w:type="dxa"/>
            <w:vAlign w:val="center"/>
          </w:tcPr>
          <w:p w14:paraId="7837FE23" w14:textId="77777777" w:rsidR="00BD0270" w:rsidRPr="005D23B2" w:rsidRDefault="000D7F57" w:rsidP="0030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2" w:type="dxa"/>
            <w:vAlign w:val="center"/>
          </w:tcPr>
          <w:p w14:paraId="171D786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8954A6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44811A54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 xml:space="preserve">Recommendation: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Recommended 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Recommended after revision 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Major revision 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Not recommended</w:t>
      </w:r>
    </w:p>
    <w:p w14:paraId="27DBE0EF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Major reviewer comments: ______________________________________________________________</w:t>
      </w:r>
    </w:p>
    <w:p w14:paraId="3950F130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536D3FF9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71419966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7CA6CB86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25DABC0F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19C1D05B" w14:textId="77777777">
        <w:trPr>
          <w:jc w:val="center"/>
        </w:trPr>
        <w:tc>
          <w:tcPr>
            <w:tcW w:w="3312" w:type="dxa"/>
            <w:vAlign w:val="center"/>
          </w:tcPr>
          <w:p w14:paraId="213C19F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Reviewer Name / Designation</w:t>
            </w:r>
          </w:p>
        </w:tc>
        <w:tc>
          <w:tcPr>
            <w:tcW w:w="3312" w:type="dxa"/>
            <w:vAlign w:val="center"/>
          </w:tcPr>
          <w:p w14:paraId="19BCB86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7FC011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E9D30D8" w14:textId="77777777">
        <w:trPr>
          <w:jc w:val="center"/>
        </w:trPr>
        <w:tc>
          <w:tcPr>
            <w:tcW w:w="3312" w:type="dxa"/>
            <w:vAlign w:val="center"/>
          </w:tcPr>
          <w:p w14:paraId="3B62EB2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3312" w:type="dxa"/>
            <w:vAlign w:val="center"/>
          </w:tcPr>
          <w:p w14:paraId="5CE51F6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5CF358A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FC688B7" w14:textId="77777777">
        <w:trPr>
          <w:jc w:val="center"/>
        </w:trPr>
        <w:tc>
          <w:tcPr>
            <w:tcW w:w="3312" w:type="dxa"/>
            <w:vAlign w:val="center"/>
          </w:tcPr>
          <w:p w14:paraId="6F67CC6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3312" w:type="dxa"/>
            <w:vAlign w:val="center"/>
          </w:tcPr>
          <w:p w14:paraId="7C1A321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1401452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779A03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5D5C5482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3A22DCE3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7 – CONFLICT OF INTEREST DECLARATION</w:t>
      </w:r>
    </w:p>
    <w:p w14:paraId="6680CC40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Project title: ____________________________________________   Project ID: __________</w:t>
      </w:r>
    </w:p>
    <w:p w14:paraId="7628A0A4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 xml:space="preserve">I declare: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No conflict of interest   </w:t>
      </w: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Potential / actual conflict – details below</w:t>
      </w:r>
    </w:p>
    <w:p w14:paraId="0FA7BB47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Details: ______________________________________________________________________________</w:t>
      </w:r>
    </w:p>
    <w:p w14:paraId="30C84479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14:paraId="0DF799D8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Where a conflict exists, I agree to recuse myself from review, discussion and decision-making as applicable.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18AF6922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6ED5BCAC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18B3FE16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4C273F2C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22BD70F6" w14:textId="77777777">
        <w:trPr>
          <w:jc w:val="center"/>
        </w:trPr>
        <w:tc>
          <w:tcPr>
            <w:tcW w:w="3312" w:type="dxa"/>
            <w:vAlign w:val="center"/>
          </w:tcPr>
          <w:p w14:paraId="1C60F14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Reviewer / IRC Member</w:t>
            </w:r>
          </w:p>
        </w:tc>
        <w:tc>
          <w:tcPr>
            <w:tcW w:w="3312" w:type="dxa"/>
            <w:vAlign w:val="center"/>
          </w:tcPr>
          <w:p w14:paraId="4E1505E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1790A2A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8936856" w14:textId="77777777">
        <w:trPr>
          <w:jc w:val="center"/>
        </w:trPr>
        <w:tc>
          <w:tcPr>
            <w:tcW w:w="3312" w:type="dxa"/>
            <w:vAlign w:val="center"/>
          </w:tcPr>
          <w:p w14:paraId="58A343F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Chairperson / Member Secretary (record)</w:t>
            </w:r>
          </w:p>
        </w:tc>
        <w:tc>
          <w:tcPr>
            <w:tcW w:w="3312" w:type="dxa"/>
            <w:vAlign w:val="center"/>
          </w:tcPr>
          <w:p w14:paraId="0A742AB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5974DE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167C8B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1BB4970C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7A1363D3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8 – IEC / ETHICAL COMPLIANCE DECLARATION</w:t>
      </w:r>
    </w:p>
    <w:p w14:paraId="54E985E5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Project title: ____________________________________________</w:t>
      </w:r>
    </w:p>
    <w:p w14:paraId="1DC27FEE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IEC approval obtained Approval No.: ____________________</w:t>
      </w:r>
    </w:p>
    <w:p w14:paraId="49B289DA" w14:textId="77777777" w:rsidR="00BD0270" w:rsidRPr="005D23B2" w:rsidRDefault="000D7F5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Segoe UI Symbol" w:hAnsi="Segoe UI Symbol" w:cs="Segoe UI Symbol"/>
          <w:sz w:val="24"/>
          <w:szCs w:val="24"/>
        </w:rPr>
        <w:t>☐</w:t>
      </w:r>
      <w:r w:rsidRPr="005D23B2">
        <w:rPr>
          <w:rFonts w:ascii="Times New Roman" w:hAnsi="Times New Roman" w:cs="Times New Roman"/>
          <w:sz w:val="24"/>
          <w:szCs w:val="24"/>
        </w:rPr>
        <w:t xml:space="preserve"> IEC application under process</w:t>
      </w:r>
    </w:p>
    <w:p w14:paraId="0A66F560" w14:textId="77777777" w:rsidR="001B5263" w:rsidRDefault="001B5263">
      <w:pPr>
        <w:rPr>
          <w:rFonts w:ascii="Times New Roman" w:hAnsi="Times New Roman" w:cs="Times New Roman"/>
          <w:sz w:val="24"/>
          <w:szCs w:val="24"/>
        </w:rPr>
      </w:pPr>
    </w:p>
    <w:p w14:paraId="21F8324D" w14:textId="7559A049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Undertaking: Where IEC approval is required and is pending, the PI undertakes not to commence the relevant ethically regulated research activity until approval is obtained.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5A59F210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49AE886B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47B43F8C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68F6AD0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5E9C5D01" w14:textId="77777777">
        <w:trPr>
          <w:jc w:val="center"/>
        </w:trPr>
        <w:tc>
          <w:tcPr>
            <w:tcW w:w="3312" w:type="dxa"/>
            <w:vAlign w:val="center"/>
          </w:tcPr>
          <w:p w14:paraId="47A832F1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3312" w:type="dxa"/>
            <w:vAlign w:val="center"/>
          </w:tcPr>
          <w:p w14:paraId="1AB72D4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051D67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27D4EA7" w14:textId="77777777">
        <w:trPr>
          <w:jc w:val="center"/>
        </w:trPr>
        <w:tc>
          <w:tcPr>
            <w:tcW w:w="3312" w:type="dxa"/>
            <w:vAlign w:val="center"/>
          </w:tcPr>
          <w:p w14:paraId="2FA8D2C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</w:t>
            </w:r>
          </w:p>
        </w:tc>
        <w:tc>
          <w:tcPr>
            <w:tcW w:w="3312" w:type="dxa"/>
            <w:vAlign w:val="center"/>
          </w:tcPr>
          <w:p w14:paraId="7AAB9F6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50EC3E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4E72601" w14:textId="77777777">
        <w:trPr>
          <w:jc w:val="center"/>
        </w:trPr>
        <w:tc>
          <w:tcPr>
            <w:tcW w:w="3312" w:type="dxa"/>
            <w:vAlign w:val="center"/>
          </w:tcPr>
          <w:p w14:paraId="5C3F342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HOD</w:t>
            </w:r>
          </w:p>
        </w:tc>
        <w:tc>
          <w:tcPr>
            <w:tcW w:w="3312" w:type="dxa"/>
            <w:vAlign w:val="center"/>
          </w:tcPr>
          <w:p w14:paraId="7FC1CEE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492B805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64D8230" w14:textId="77777777">
        <w:trPr>
          <w:jc w:val="center"/>
        </w:trPr>
        <w:tc>
          <w:tcPr>
            <w:tcW w:w="3312" w:type="dxa"/>
            <w:vAlign w:val="center"/>
          </w:tcPr>
          <w:p w14:paraId="52A9C822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IEC / Department of Research (where applicable)</w:t>
            </w:r>
          </w:p>
        </w:tc>
        <w:tc>
          <w:tcPr>
            <w:tcW w:w="3312" w:type="dxa"/>
            <w:vAlign w:val="center"/>
          </w:tcPr>
          <w:p w14:paraId="566F9D0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12E8569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886E44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0AFADFE1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556B5E8E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9 – GRANT SANCTION / ACTIVATION LETTER</w:t>
      </w:r>
    </w:p>
    <w:p w14:paraId="131740AF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Project ID: ____________   Date: ____________</w:t>
      </w:r>
    </w:p>
    <w:p w14:paraId="7E193DE8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Principal Investigator: ____________________________________</w:t>
      </w:r>
    </w:p>
    <w:p w14:paraId="2968E04C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Project title: _____________________________________________</w:t>
      </w:r>
    </w:p>
    <w:p w14:paraId="3771968E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Category: ____________________   Sanctioned amount: ₹________________</w:t>
      </w:r>
    </w:p>
    <w:p w14:paraId="1BA9A25A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Approved duration: ____________________</w:t>
      </w:r>
    </w:p>
    <w:p w14:paraId="55C6053A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The project is sanctioned subject to compliance with RISE–IRGP Guidelines, institutional financial procedures, required IEC/regulatory approvals and submission of prescribed reports.</w:t>
      </w:r>
    </w:p>
    <w:p w14:paraId="28C35432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First instalment approved: ₹____________   Final instalment: ₹____________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20B66FEB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6881B8A3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53952113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1B22CA4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4414B4C8" w14:textId="77777777">
        <w:trPr>
          <w:jc w:val="center"/>
        </w:trPr>
        <w:tc>
          <w:tcPr>
            <w:tcW w:w="3312" w:type="dxa"/>
            <w:vAlign w:val="center"/>
          </w:tcPr>
          <w:p w14:paraId="11F03C5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4848021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D850B7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601B4BF" w14:textId="77777777">
        <w:trPr>
          <w:jc w:val="center"/>
        </w:trPr>
        <w:tc>
          <w:tcPr>
            <w:tcW w:w="3312" w:type="dxa"/>
            <w:vAlign w:val="center"/>
          </w:tcPr>
          <w:p w14:paraId="6968487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Finance Officer / Designated Officer</w:t>
            </w:r>
          </w:p>
        </w:tc>
        <w:tc>
          <w:tcPr>
            <w:tcW w:w="3312" w:type="dxa"/>
            <w:vAlign w:val="center"/>
          </w:tcPr>
          <w:p w14:paraId="60B158C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EA75F5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D7FF45F" w14:textId="77777777">
        <w:trPr>
          <w:jc w:val="center"/>
        </w:trPr>
        <w:tc>
          <w:tcPr>
            <w:tcW w:w="3312" w:type="dxa"/>
            <w:vAlign w:val="center"/>
          </w:tcPr>
          <w:p w14:paraId="4A7FCDF1" w14:textId="3331A49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Dean </w:t>
            </w:r>
          </w:p>
        </w:tc>
        <w:tc>
          <w:tcPr>
            <w:tcW w:w="3312" w:type="dxa"/>
            <w:vAlign w:val="center"/>
          </w:tcPr>
          <w:p w14:paraId="240C662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AB6AFB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CEA1C6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22210ACA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68A7A366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10 – PROGRESS REPORT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BD0270" w:rsidRPr="005D23B2" w14:paraId="3DBED904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02346CDB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Particular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3040B72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</w:tr>
      <w:tr w:rsidR="00BD0270" w:rsidRPr="005D23B2" w14:paraId="63FE75C5" w14:textId="77777777">
        <w:trPr>
          <w:jc w:val="center"/>
        </w:trPr>
        <w:tc>
          <w:tcPr>
            <w:tcW w:w="4968" w:type="dxa"/>
            <w:vAlign w:val="center"/>
          </w:tcPr>
          <w:p w14:paraId="5D983F6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Project ID / Title</w:t>
            </w:r>
          </w:p>
        </w:tc>
        <w:tc>
          <w:tcPr>
            <w:tcW w:w="4968" w:type="dxa"/>
            <w:vAlign w:val="center"/>
          </w:tcPr>
          <w:p w14:paraId="34C4264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EDEDC92" w14:textId="77777777">
        <w:trPr>
          <w:jc w:val="center"/>
        </w:trPr>
        <w:tc>
          <w:tcPr>
            <w:tcW w:w="4968" w:type="dxa"/>
            <w:vAlign w:val="center"/>
          </w:tcPr>
          <w:p w14:paraId="33F8F4F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 / Department</w:t>
            </w:r>
          </w:p>
        </w:tc>
        <w:tc>
          <w:tcPr>
            <w:tcW w:w="4968" w:type="dxa"/>
            <w:vAlign w:val="center"/>
          </w:tcPr>
          <w:p w14:paraId="70D9640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9FA1B8B" w14:textId="77777777">
        <w:trPr>
          <w:jc w:val="center"/>
        </w:trPr>
        <w:tc>
          <w:tcPr>
            <w:tcW w:w="4968" w:type="dxa"/>
            <w:vAlign w:val="center"/>
          </w:tcPr>
          <w:p w14:paraId="26C0B54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Reporting period</w:t>
            </w:r>
          </w:p>
        </w:tc>
        <w:tc>
          <w:tcPr>
            <w:tcW w:w="4968" w:type="dxa"/>
            <w:vAlign w:val="center"/>
          </w:tcPr>
          <w:p w14:paraId="49F6BE9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2E3DD58" w14:textId="77777777">
        <w:trPr>
          <w:jc w:val="center"/>
        </w:trPr>
        <w:tc>
          <w:tcPr>
            <w:tcW w:w="4968" w:type="dxa"/>
            <w:vAlign w:val="center"/>
          </w:tcPr>
          <w:p w14:paraId="2AFF6CE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Work completed</w:t>
            </w:r>
          </w:p>
        </w:tc>
        <w:tc>
          <w:tcPr>
            <w:tcW w:w="4968" w:type="dxa"/>
            <w:vAlign w:val="center"/>
          </w:tcPr>
          <w:p w14:paraId="24029A3D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2E6E91C" w14:textId="77777777">
        <w:trPr>
          <w:jc w:val="center"/>
        </w:trPr>
        <w:tc>
          <w:tcPr>
            <w:tcW w:w="4968" w:type="dxa"/>
            <w:vAlign w:val="center"/>
          </w:tcPr>
          <w:p w14:paraId="4AAF41E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Objective-wise progress</w:t>
            </w:r>
          </w:p>
        </w:tc>
        <w:tc>
          <w:tcPr>
            <w:tcW w:w="4968" w:type="dxa"/>
            <w:vAlign w:val="center"/>
          </w:tcPr>
          <w:p w14:paraId="407EFE1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FE691C9" w14:textId="77777777">
        <w:trPr>
          <w:jc w:val="center"/>
        </w:trPr>
        <w:tc>
          <w:tcPr>
            <w:tcW w:w="4968" w:type="dxa"/>
            <w:vAlign w:val="center"/>
          </w:tcPr>
          <w:p w14:paraId="4F89C3D1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Sample / data collected</w:t>
            </w:r>
          </w:p>
        </w:tc>
        <w:tc>
          <w:tcPr>
            <w:tcW w:w="4968" w:type="dxa"/>
            <w:vAlign w:val="center"/>
          </w:tcPr>
          <w:p w14:paraId="732A114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D20A24D" w14:textId="77777777">
        <w:trPr>
          <w:jc w:val="center"/>
        </w:trPr>
        <w:tc>
          <w:tcPr>
            <w:tcW w:w="4968" w:type="dxa"/>
            <w:vAlign w:val="center"/>
          </w:tcPr>
          <w:p w14:paraId="3B73AB8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Preliminary findings</w:t>
            </w:r>
          </w:p>
        </w:tc>
        <w:tc>
          <w:tcPr>
            <w:tcW w:w="4968" w:type="dxa"/>
            <w:vAlign w:val="center"/>
          </w:tcPr>
          <w:p w14:paraId="5F8930C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B1DEE90" w14:textId="77777777">
        <w:trPr>
          <w:jc w:val="center"/>
        </w:trPr>
        <w:tc>
          <w:tcPr>
            <w:tcW w:w="4968" w:type="dxa"/>
            <w:vAlign w:val="center"/>
          </w:tcPr>
          <w:p w14:paraId="57FF284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Expenditure to date</w:t>
            </w:r>
          </w:p>
        </w:tc>
        <w:tc>
          <w:tcPr>
            <w:tcW w:w="4968" w:type="dxa"/>
            <w:vAlign w:val="center"/>
          </w:tcPr>
          <w:p w14:paraId="72BA2B5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</w:tr>
      <w:tr w:rsidR="00BD0270" w:rsidRPr="005D23B2" w14:paraId="4B57A025" w14:textId="77777777">
        <w:trPr>
          <w:jc w:val="center"/>
        </w:trPr>
        <w:tc>
          <w:tcPr>
            <w:tcW w:w="4968" w:type="dxa"/>
            <w:vAlign w:val="center"/>
          </w:tcPr>
          <w:p w14:paraId="7656069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Protocol deviations</w:t>
            </w:r>
          </w:p>
        </w:tc>
        <w:tc>
          <w:tcPr>
            <w:tcW w:w="4968" w:type="dxa"/>
            <w:vAlign w:val="center"/>
          </w:tcPr>
          <w:p w14:paraId="5D48C26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99C31B9" w14:textId="77777777">
        <w:trPr>
          <w:jc w:val="center"/>
        </w:trPr>
        <w:tc>
          <w:tcPr>
            <w:tcW w:w="4968" w:type="dxa"/>
            <w:vAlign w:val="center"/>
          </w:tcPr>
          <w:p w14:paraId="7BA78F6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Ethical / regulatory issues</w:t>
            </w:r>
          </w:p>
        </w:tc>
        <w:tc>
          <w:tcPr>
            <w:tcW w:w="4968" w:type="dxa"/>
            <w:vAlign w:val="center"/>
          </w:tcPr>
          <w:p w14:paraId="6634FB5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D7CD13B" w14:textId="77777777">
        <w:trPr>
          <w:jc w:val="center"/>
        </w:trPr>
        <w:tc>
          <w:tcPr>
            <w:tcW w:w="4968" w:type="dxa"/>
            <w:vAlign w:val="center"/>
          </w:tcPr>
          <w:p w14:paraId="182C4141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Problems encountered</w:t>
            </w:r>
          </w:p>
        </w:tc>
        <w:tc>
          <w:tcPr>
            <w:tcW w:w="4968" w:type="dxa"/>
            <w:vAlign w:val="center"/>
          </w:tcPr>
          <w:p w14:paraId="74D0132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983F938" w14:textId="77777777">
        <w:trPr>
          <w:jc w:val="center"/>
        </w:trPr>
        <w:tc>
          <w:tcPr>
            <w:tcW w:w="4968" w:type="dxa"/>
            <w:vAlign w:val="center"/>
          </w:tcPr>
          <w:p w14:paraId="6873B8A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Corrective action</w:t>
            </w:r>
          </w:p>
        </w:tc>
        <w:tc>
          <w:tcPr>
            <w:tcW w:w="4968" w:type="dxa"/>
            <w:vAlign w:val="center"/>
          </w:tcPr>
          <w:p w14:paraId="3A7F87A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571BA3E" w14:textId="77777777">
        <w:trPr>
          <w:jc w:val="center"/>
        </w:trPr>
        <w:tc>
          <w:tcPr>
            <w:tcW w:w="4968" w:type="dxa"/>
            <w:vAlign w:val="center"/>
          </w:tcPr>
          <w:p w14:paraId="66FCB43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Plan for next period</w:t>
            </w:r>
          </w:p>
        </w:tc>
        <w:tc>
          <w:tcPr>
            <w:tcW w:w="4968" w:type="dxa"/>
            <w:vAlign w:val="center"/>
          </w:tcPr>
          <w:p w14:paraId="079B21F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02D65B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0151D644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22E6483D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776E0434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52A439FF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453EDC3E" w14:textId="77777777">
        <w:trPr>
          <w:jc w:val="center"/>
        </w:trPr>
        <w:tc>
          <w:tcPr>
            <w:tcW w:w="3312" w:type="dxa"/>
            <w:vAlign w:val="center"/>
          </w:tcPr>
          <w:p w14:paraId="3B958E0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3312" w:type="dxa"/>
            <w:vAlign w:val="center"/>
          </w:tcPr>
          <w:p w14:paraId="7376532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1D619FD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B88CCEB" w14:textId="77777777">
        <w:trPr>
          <w:jc w:val="center"/>
        </w:trPr>
        <w:tc>
          <w:tcPr>
            <w:tcW w:w="3312" w:type="dxa"/>
            <w:vAlign w:val="center"/>
          </w:tcPr>
          <w:p w14:paraId="1794132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</w:t>
            </w:r>
          </w:p>
        </w:tc>
        <w:tc>
          <w:tcPr>
            <w:tcW w:w="3312" w:type="dxa"/>
            <w:vAlign w:val="center"/>
          </w:tcPr>
          <w:p w14:paraId="26AEECA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1FBA5CD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6E63630" w14:textId="77777777">
        <w:trPr>
          <w:jc w:val="center"/>
        </w:trPr>
        <w:tc>
          <w:tcPr>
            <w:tcW w:w="3312" w:type="dxa"/>
            <w:vAlign w:val="center"/>
          </w:tcPr>
          <w:p w14:paraId="5A2A364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HOD</w:t>
            </w:r>
          </w:p>
        </w:tc>
        <w:tc>
          <w:tcPr>
            <w:tcW w:w="3312" w:type="dxa"/>
            <w:vAlign w:val="center"/>
          </w:tcPr>
          <w:p w14:paraId="207112A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CE4F70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EC248AD" w14:textId="77777777">
        <w:trPr>
          <w:jc w:val="center"/>
        </w:trPr>
        <w:tc>
          <w:tcPr>
            <w:tcW w:w="3312" w:type="dxa"/>
            <w:vAlign w:val="center"/>
          </w:tcPr>
          <w:p w14:paraId="28B9BD6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78A517A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08A253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6B20BC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6ED3D14B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4F1113F8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11 – PROTOCOL DEVIATION / AMENDMENT REPORT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BD0270" w:rsidRPr="005D23B2" w14:paraId="3C4E54E8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5D37F652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Field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46F190D7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BD0270" w:rsidRPr="005D23B2" w14:paraId="14D1B20C" w14:textId="77777777">
        <w:trPr>
          <w:jc w:val="center"/>
        </w:trPr>
        <w:tc>
          <w:tcPr>
            <w:tcW w:w="4968" w:type="dxa"/>
            <w:vAlign w:val="center"/>
          </w:tcPr>
          <w:p w14:paraId="241C291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Project ID / Title</w:t>
            </w:r>
          </w:p>
        </w:tc>
        <w:tc>
          <w:tcPr>
            <w:tcW w:w="4968" w:type="dxa"/>
            <w:vAlign w:val="center"/>
          </w:tcPr>
          <w:p w14:paraId="676124E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1AE9E01" w14:textId="77777777">
        <w:trPr>
          <w:jc w:val="center"/>
        </w:trPr>
        <w:tc>
          <w:tcPr>
            <w:tcW w:w="4968" w:type="dxa"/>
            <w:vAlign w:val="center"/>
          </w:tcPr>
          <w:p w14:paraId="4BA8411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Date of deviation</w:t>
            </w:r>
          </w:p>
        </w:tc>
        <w:tc>
          <w:tcPr>
            <w:tcW w:w="4968" w:type="dxa"/>
            <w:vAlign w:val="center"/>
          </w:tcPr>
          <w:p w14:paraId="10D4E05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80CDD1E" w14:textId="77777777">
        <w:trPr>
          <w:jc w:val="center"/>
        </w:trPr>
        <w:tc>
          <w:tcPr>
            <w:tcW w:w="4968" w:type="dxa"/>
            <w:vAlign w:val="center"/>
          </w:tcPr>
          <w:p w14:paraId="32F05BA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Description of deviation</w:t>
            </w:r>
          </w:p>
        </w:tc>
        <w:tc>
          <w:tcPr>
            <w:tcW w:w="4968" w:type="dxa"/>
            <w:vAlign w:val="center"/>
          </w:tcPr>
          <w:p w14:paraId="49F85CC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BFDE956" w14:textId="77777777">
        <w:trPr>
          <w:jc w:val="center"/>
        </w:trPr>
        <w:tc>
          <w:tcPr>
            <w:tcW w:w="4968" w:type="dxa"/>
            <w:vAlign w:val="center"/>
          </w:tcPr>
          <w:p w14:paraId="008BAE0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Reason</w:t>
            </w:r>
          </w:p>
        </w:tc>
        <w:tc>
          <w:tcPr>
            <w:tcW w:w="4968" w:type="dxa"/>
            <w:vAlign w:val="center"/>
          </w:tcPr>
          <w:p w14:paraId="09A00C2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59767EA" w14:textId="77777777">
        <w:trPr>
          <w:jc w:val="center"/>
        </w:trPr>
        <w:tc>
          <w:tcPr>
            <w:tcW w:w="4968" w:type="dxa"/>
            <w:vAlign w:val="center"/>
          </w:tcPr>
          <w:p w14:paraId="36ED790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Participants affected (if any)</w:t>
            </w:r>
          </w:p>
        </w:tc>
        <w:tc>
          <w:tcPr>
            <w:tcW w:w="4968" w:type="dxa"/>
            <w:vAlign w:val="center"/>
          </w:tcPr>
          <w:p w14:paraId="4F4999A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58BDD96" w14:textId="77777777">
        <w:trPr>
          <w:jc w:val="center"/>
        </w:trPr>
        <w:tc>
          <w:tcPr>
            <w:tcW w:w="4968" w:type="dxa"/>
            <w:vAlign w:val="center"/>
          </w:tcPr>
          <w:p w14:paraId="2C7A5F3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Effect on safety / rights</w:t>
            </w:r>
          </w:p>
        </w:tc>
        <w:tc>
          <w:tcPr>
            <w:tcW w:w="4968" w:type="dxa"/>
            <w:vAlign w:val="center"/>
          </w:tcPr>
          <w:p w14:paraId="6DA3875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AA249FD" w14:textId="77777777">
        <w:trPr>
          <w:jc w:val="center"/>
        </w:trPr>
        <w:tc>
          <w:tcPr>
            <w:tcW w:w="4968" w:type="dxa"/>
            <w:vAlign w:val="center"/>
          </w:tcPr>
          <w:p w14:paraId="51C09A5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Effect on scientific validity</w:t>
            </w:r>
          </w:p>
        </w:tc>
        <w:tc>
          <w:tcPr>
            <w:tcW w:w="4968" w:type="dxa"/>
            <w:vAlign w:val="center"/>
          </w:tcPr>
          <w:p w14:paraId="64ED9CB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5039470" w14:textId="77777777">
        <w:trPr>
          <w:jc w:val="center"/>
        </w:trPr>
        <w:tc>
          <w:tcPr>
            <w:tcW w:w="4968" w:type="dxa"/>
            <w:vAlign w:val="center"/>
          </w:tcPr>
          <w:p w14:paraId="0EFD2E2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Corrective / preventive action</w:t>
            </w:r>
          </w:p>
        </w:tc>
        <w:tc>
          <w:tcPr>
            <w:tcW w:w="4968" w:type="dxa"/>
            <w:vAlign w:val="center"/>
          </w:tcPr>
          <w:p w14:paraId="21E04D5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BF686F9" w14:textId="77777777">
        <w:trPr>
          <w:jc w:val="center"/>
        </w:trPr>
        <w:tc>
          <w:tcPr>
            <w:tcW w:w="4968" w:type="dxa"/>
            <w:vAlign w:val="center"/>
          </w:tcPr>
          <w:p w14:paraId="65626F5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IEC / IRC notification or approval</w:t>
            </w:r>
          </w:p>
        </w:tc>
        <w:tc>
          <w:tcPr>
            <w:tcW w:w="4968" w:type="dxa"/>
            <w:vAlign w:val="center"/>
          </w:tcPr>
          <w:p w14:paraId="0C574B7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2A4DAF2" w14:textId="77777777">
        <w:trPr>
          <w:jc w:val="center"/>
        </w:trPr>
        <w:tc>
          <w:tcPr>
            <w:tcW w:w="4968" w:type="dxa"/>
            <w:vAlign w:val="center"/>
          </w:tcPr>
          <w:p w14:paraId="0BA4AC2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Supporting documents</w:t>
            </w:r>
          </w:p>
        </w:tc>
        <w:tc>
          <w:tcPr>
            <w:tcW w:w="4968" w:type="dxa"/>
            <w:vAlign w:val="center"/>
          </w:tcPr>
          <w:p w14:paraId="476D997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704DA8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4C2483EF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045FF469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70301378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7F67CCB0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2333F2AB" w14:textId="77777777">
        <w:trPr>
          <w:jc w:val="center"/>
        </w:trPr>
        <w:tc>
          <w:tcPr>
            <w:tcW w:w="3312" w:type="dxa"/>
            <w:vAlign w:val="center"/>
          </w:tcPr>
          <w:p w14:paraId="2FE6356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3312" w:type="dxa"/>
            <w:vAlign w:val="center"/>
          </w:tcPr>
          <w:p w14:paraId="2D9A7DA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1AD2C74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F0C3EF6" w14:textId="77777777">
        <w:trPr>
          <w:jc w:val="center"/>
        </w:trPr>
        <w:tc>
          <w:tcPr>
            <w:tcW w:w="3312" w:type="dxa"/>
            <w:vAlign w:val="center"/>
          </w:tcPr>
          <w:p w14:paraId="1AF157F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</w:t>
            </w:r>
          </w:p>
        </w:tc>
        <w:tc>
          <w:tcPr>
            <w:tcW w:w="3312" w:type="dxa"/>
            <w:vAlign w:val="center"/>
          </w:tcPr>
          <w:p w14:paraId="37C8BAB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AB0788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4CA36E5" w14:textId="77777777">
        <w:trPr>
          <w:jc w:val="center"/>
        </w:trPr>
        <w:tc>
          <w:tcPr>
            <w:tcW w:w="3312" w:type="dxa"/>
            <w:vAlign w:val="center"/>
          </w:tcPr>
          <w:p w14:paraId="23D8497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HOD</w:t>
            </w:r>
          </w:p>
        </w:tc>
        <w:tc>
          <w:tcPr>
            <w:tcW w:w="3312" w:type="dxa"/>
            <w:vAlign w:val="center"/>
          </w:tcPr>
          <w:p w14:paraId="3B8856B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873928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31B5525" w14:textId="77777777">
        <w:trPr>
          <w:jc w:val="center"/>
        </w:trPr>
        <w:tc>
          <w:tcPr>
            <w:tcW w:w="3312" w:type="dxa"/>
            <w:vAlign w:val="center"/>
          </w:tcPr>
          <w:p w14:paraId="5CA8927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 / IEC as applicable</w:t>
            </w:r>
          </w:p>
        </w:tc>
        <w:tc>
          <w:tcPr>
            <w:tcW w:w="3312" w:type="dxa"/>
            <w:vAlign w:val="center"/>
          </w:tcPr>
          <w:p w14:paraId="4A0867B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3F802BC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9E319A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61E1AD85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29CAB995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12 – FINAL PROJECT COMPLETION REPORT</w:t>
      </w:r>
    </w:p>
    <w:p w14:paraId="613E630B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Project summary</w:t>
      </w:r>
    </w:p>
    <w:p w14:paraId="316A75A3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5C2FC37B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F6B3AA6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Background and rationale</w:t>
      </w:r>
    </w:p>
    <w:p w14:paraId="3FB5BA89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9C1F781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140F29E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Objectives and objective-wise achievement</w:t>
      </w:r>
    </w:p>
    <w:p w14:paraId="13A880AD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25D2831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ADBB440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Methodology</w:t>
      </w:r>
    </w:p>
    <w:p w14:paraId="299EA390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5F59A83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A356D33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Results</w:t>
      </w:r>
    </w:p>
    <w:p w14:paraId="6EAB4705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BD070A5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67E3E16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Statistical analysis</w:t>
      </w:r>
    </w:p>
    <w:p w14:paraId="7420AB27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452FD37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EC8FF2C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Discussion</w:t>
      </w:r>
    </w:p>
    <w:p w14:paraId="1FF20CCF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3E2222A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5456B3E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Conclusion</w:t>
      </w:r>
    </w:p>
    <w:p w14:paraId="432FF606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1FE2F7B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F70395B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Limitations</w:t>
      </w:r>
    </w:p>
    <w:p w14:paraId="7F553052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22BB8F2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262D8D4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Key findings / impact</w:t>
      </w:r>
    </w:p>
    <w:p w14:paraId="052530B6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ECA6B9D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68F5A66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Protocol deviations</w:t>
      </w:r>
    </w:p>
    <w:p w14:paraId="348BD857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3F760E9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44DCCA4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Ethical compliance</w:t>
      </w:r>
    </w:p>
    <w:p w14:paraId="67B0B579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12ED394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C778876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Publication / dissemination</w:t>
      </w:r>
    </w:p>
    <w:p w14:paraId="10BB23D0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65994D6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5AFD15F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Future research</w:t>
      </w:r>
    </w:p>
    <w:p w14:paraId="25001EA0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0A3B64C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39530BD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External grant potential</w:t>
      </w:r>
    </w:p>
    <w:p w14:paraId="3D7BA62A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BA27B7D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3684945" w14:textId="77777777" w:rsidR="00BD0270" w:rsidRPr="005D23B2" w:rsidRDefault="000D7F5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Financial statement / utilisation</w:t>
      </w:r>
    </w:p>
    <w:p w14:paraId="42CFB442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54319CD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1423FCEC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6A418E6F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700224AB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1D45A6FD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7A412BDD" w14:textId="77777777">
        <w:trPr>
          <w:jc w:val="center"/>
        </w:trPr>
        <w:tc>
          <w:tcPr>
            <w:tcW w:w="3312" w:type="dxa"/>
            <w:vAlign w:val="center"/>
          </w:tcPr>
          <w:p w14:paraId="43AAA86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3312" w:type="dxa"/>
            <w:vAlign w:val="center"/>
          </w:tcPr>
          <w:p w14:paraId="050A3F0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5207BF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0251C79" w14:textId="77777777">
        <w:trPr>
          <w:jc w:val="center"/>
        </w:trPr>
        <w:tc>
          <w:tcPr>
            <w:tcW w:w="3312" w:type="dxa"/>
            <w:vAlign w:val="center"/>
          </w:tcPr>
          <w:p w14:paraId="313CBBD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</w:t>
            </w:r>
          </w:p>
        </w:tc>
        <w:tc>
          <w:tcPr>
            <w:tcW w:w="3312" w:type="dxa"/>
            <w:vAlign w:val="center"/>
          </w:tcPr>
          <w:p w14:paraId="01FEF90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DA3634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06BC7A5" w14:textId="77777777">
        <w:trPr>
          <w:jc w:val="center"/>
        </w:trPr>
        <w:tc>
          <w:tcPr>
            <w:tcW w:w="3312" w:type="dxa"/>
            <w:vAlign w:val="center"/>
          </w:tcPr>
          <w:p w14:paraId="5AC231D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HOD</w:t>
            </w:r>
          </w:p>
        </w:tc>
        <w:tc>
          <w:tcPr>
            <w:tcW w:w="3312" w:type="dxa"/>
            <w:vAlign w:val="center"/>
          </w:tcPr>
          <w:p w14:paraId="66FEBD8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55B9B54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D6EA8FE" w14:textId="77777777">
        <w:trPr>
          <w:jc w:val="center"/>
        </w:trPr>
        <w:tc>
          <w:tcPr>
            <w:tcW w:w="3312" w:type="dxa"/>
            <w:vAlign w:val="center"/>
          </w:tcPr>
          <w:p w14:paraId="51D6EBE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3D2479B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3B5D82C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55E18D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1EBAD0CA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7FE8A4CE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13 – STATEMENT OF EXPENDITURE AND UTILISATION CERTIFICATE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</w:tblGrid>
      <w:tr w:rsidR="00BD0270" w:rsidRPr="005D23B2" w14:paraId="5EE6D695" w14:textId="77777777">
        <w:trPr>
          <w:jc w:val="center"/>
        </w:trPr>
        <w:tc>
          <w:tcPr>
            <w:tcW w:w="1987" w:type="dxa"/>
            <w:shd w:val="clear" w:color="auto" w:fill="D9EAF7"/>
            <w:vAlign w:val="center"/>
          </w:tcPr>
          <w:p w14:paraId="1B07615C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052EB6E8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Bill / Voucher No.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6C2B8366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5C5CC4D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Budget Head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6DF8050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Amount (₹)</w:t>
            </w:r>
          </w:p>
        </w:tc>
      </w:tr>
      <w:tr w:rsidR="00BD0270" w:rsidRPr="005D23B2" w14:paraId="4CDCA0D9" w14:textId="77777777">
        <w:trPr>
          <w:jc w:val="center"/>
        </w:trPr>
        <w:tc>
          <w:tcPr>
            <w:tcW w:w="1987" w:type="dxa"/>
            <w:vAlign w:val="center"/>
          </w:tcPr>
          <w:p w14:paraId="58C2EC9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48FA59B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475139B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220191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746E771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693E68B" w14:textId="77777777">
        <w:trPr>
          <w:jc w:val="center"/>
        </w:trPr>
        <w:tc>
          <w:tcPr>
            <w:tcW w:w="1987" w:type="dxa"/>
            <w:vAlign w:val="center"/>
          </w:tcPr>
          <w:p w14:paraId="471394D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554237E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68666D8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3C85D0F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74AEF25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300692D" w14:textId="77777777">
        <w:trPr>
          <w:jc w:val="center"/>
        </w:trPr>
        <w:tc>
          <w:tcPr>
            <w:tcW w:w="1987" w:type="dxa"/>
            <w:vAlign w:val="center"/>
          </w:tcPr>
          <w:p w14:paraId="230054E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5EC6569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79F3F66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F40C5A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2EC6C3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529C3C6" w14:textId="77777777">
        <w:trPr>
          <w:jc w:val="center"/>
        </w:trPr>
        <w:tc>
          <w:tcPr>
            <w:tcW w:w="1987" w:type="dxa"/>
            <w:vAlign w:val="center"/>
          </w:tcPr>
          <w:p w14:paraId="11CFAC1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670A499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0B6387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39A1FF4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6CC42C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7C34F06" w14:textId="77777777">
        <w:trPr>
          <w:jc w:val="center"/>
        </w:trPr>
        <w:tc>
          <w:tcPr>
            <w:tcW w:w="1987" w:type="dxa"/>
            <w:vAlign w:val="center"/>
          </w:tcPr>
          <w:p w14:paraId="1E485EB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59667FE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4C4495B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7E3018B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6312E2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1960D3B" w14:textId="77777777">
        <w:trPr>
          <w:jc w:val="center"/>
        </w:trPr>
        <w:tc>
          <w:tcPr>
            <w:tcW w:w="1987" w:type="dxa"/>
            <w:vAlign w:val="center"/>
          </w:tcPr>
          <w:p w14:paraId="1ABB8B5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27DE8E7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200BFB4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06B3349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23F5A3B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BB1DE0E" w14:textId="77777777">
        <w:trPr>
          <w:jc w:val="center"/>
        </w:trPr>
        <w:tc>
          <w:tcPr>
            <w:tcW w:w="1987" w:type="dxa"/>
            <w:vAlign w:val="center"/>
          </w:tcPr>
          <w:p w14:paraId="148645E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7E35AFD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6CA70ED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987" w:type="dxa"/>
            <w:vAlign w:val="center"/>
          </w:tcPr>
          <w:p w14:paraId="5FF20CA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63DB35F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</w:tr>
    </w:tbl>
    <w:p w14:paraId="21A0A810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2B5C33B9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Certification: Certified that the expenditure shown above has been incurred for the approved RISE–IRGP research project and is supported by appropriate records/bills/vouchers.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34BF36E3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0B3905B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259E131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3C4EC3ED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6110F63A" w14:textId="77777777">
        <w:trPr>
          <w:jc w:val="center"/>
        </w:trPr>
        <w:tc>
          <w:tcPr>
            <w:tcW w:w="3312" w:type="dxa"/>
            <w:vAlign w:val="center"/>
          </w:tcPr>
          <w:p w14:paraId="26A9698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Principal Investigator</w:t>
            </w:r>
          </w:p>
        </w:tc>
        <w:tc>
          <w:tcPr>
            <w:tcW w:w="3312" w:type="dxa"/>
            <w:vAlign w:val="center"/>
          </w:tcPr>
          <w:p w14:paraId="4C410E7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6D4E98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3213662" w14:textId="77777777">
        <w:trPr>
          <w:jc w:val="center"/>
        </w:trPr>
        <w:tc>
          <w:tcPr>
            <w:tcW w:w="3312" w:type="dxa"/>
            <w:vAlign w:val="center"/>
          </w:tcPr>
          <w:p w14:paraId="62C302D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Finance / Accounts Officer</w:t>
            </w:r>
          </w:p>
        </w:tc>
        <w:tc>
          <w:tcPr>
            <w:tcW w:w="3312" w:type="dxa"/>
            <w:vAlign w:val="center"/>
          </w:tcPr>
          <w:p w14:paraId="6E50979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4D38EFD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91DBE48" w14:textId="77777777">
        <w:trPr>
          <w:jc w:val="center"/>
        </w:trPr>
        <w:tc>
          <w:tcPr>
            <w:tcW w:w="3312" w:type="dxa"/>
            <w:vAlign w:val="center"/>
          </w:tcPr>
          <w:p w14:paraId="0C30297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2EB3883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387E1CA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2368599" w14:textId="77777777">
        <w:trPr>
          <w:jc w:val="center"/>
        </w:trPr>
        <w:tc>
          <w:tcPr>
            <w:tcW w:w="3312" w:type="dxa"/>
            <w:vAlign w:val="center"/>
          </w:tcPr>
          <w:p w14:paraId="6519AFE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Dean / Competent Authority</w:t>
            </w:r>
          </w:p>
        </w:tc>
        <w:tc>
          <w:tcPr>
            <w:tcW w:w="3312" w:type="dxa"/>
            <w:vAlign w:val="center"/>
          </w:tcPr>
          <w:p w14:paraId="257E831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177F67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B02709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70D64B39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6810CA6F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14 – EXTENSION REQUEST FORM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BD0270" w:rsidRPr="005D23B2" w14:paraId="46ED3A5A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6732E08F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Particular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25DDBECB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BD0270" w:rsidRPr="005D23B2" w14:paraId="79EED6E4" w14:textId="77777777">
        <w:trPr>
          <w:jc w:val="center"/>
        </w:trPr>
        <w:tc>
          <w:tcPr>
            <w:tcW w:w="4968" w:type="dxa"/>
            <w:vAlign w:val="center"/>
          </w:tcPr>
          <w:p w14:paraId="15E468E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Project ID / Title</w:t>
            </w:r>
          </w:p>
        </w:tc>
        <w:tc>
          <w:tcPr>
            <w:tcW w:w="4968" w:type="dxa"/>
            <w:vAlign w:val="center"/>
          </w:tcPr>
          <w:p w14:paraId="769980C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B425A04" w14:textId="77777777">
        <w:trPr>
          <w:jc w:val="center"/>
        </w:trPr>
        <w:tc>
          <w:tcPr>
            <w:tcW w:w="4968" w:type="dxa"/>
            <w:vAlign w:val="center"/>
          </w:tcPr>
          <w:p w14:paraId="5AB6DF7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4968" w:type="dxa"/>
            <w:vAlign w:val="center"/>
          </w:tcPr>
          <w:p w14:paraId="34A6BA3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AC5D4A0" w14:textId="77777777">
        <w:trPr>
          <w:jc w:val="center"/>
        </w:trPr>
        <w:tc>
          <w:tcPr>
            <w:tcW w:w="4968" w:type="dxa"/>
            <w:vAlign w:val="center"/>
          </w:tcPr>
          <w:p w14:paraId="3B8458B2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Original completion date</w:t>
            </w:r>
          </w:p>
        </w:tc>
        <w:tc>
          <w:tcPr>
            <w:tcW w:w="4968" w:type="dxa"/>
            <w:vAlign w:val="center"/>
          </w:tcPr>
          <w:p w14:paraId="5F4B674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EBA907E" w14:textId="77777777">
        <w:trPr>
          <w:jc w:val="center"/>
        </w:trPr>
        <w:tc>
          <w:tcPr>
            <w:tcW w:w="4968" w:type="dxa"/>
            <w:vAlign w:val="center"/>
          </w:tcPr>
          <w:p w14:paraId="427AE30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Extension requested up to</w:t>
            </w:r>
          </w:p>
        </w:tc>
        <w:tc>
          <w:tcPr>
            <w:tcW w:w="4968" w:type="dxa"/>
            <w:vAlign w:val="center"/>
          </w:tcPr>
          <w:p w14:paraId="7F655D5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EE081D8" w14:textId="77777777">
        <w:trPr>
          <w:jc w:val="center"/>
        </w:trPr>
        <w:tc>
          <w:tcPr>
            <w:tcW w:w="4968" w:type="dxa"/>
            <w:vAlign w:val="center"/>
          </w:tcPr>
          <w:p w14:paraId="0646337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Reason for extension</w:t>
            </w:r>
          </w:p>
        </w:tc>
        <w:tc>
          <w:tcPr>
            <w:tcW w:w="4968" w:type="dxa"/>
            <w:vAlign w:val="center"/>
          </w:tcPr>
          <w:p w14:paraId="4E3192F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995E2F2" w14:textId="77777777">
        <w:trPr>
          <w:jc w:val="center"/>
        </w:trPr>
        <w:tc>
          <w:tcPr>
            <w:tcW w:w="4968" w:type="dxa"/>
            <w:vAlign w:val="center"/>
          </w:tcPr>
          <w:p w14:paraId="65E2336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Work completed (%)</w:t>
            </w:r>
          </w:p>
        </w:tc>
        <w:tc>
          <w:tcPr>
            <w:tcW w:w="4968" w:type="dxa"/>
            <w:vAlign w:val="center"/>
          </w:tcPr>
          <w:p w14:paraId="31DBD56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296C387" w14:textId="77777777">
        <w:trPr>
          <w:jc w:val="center"/>
        </w:trPr>
        <w:tc>
          <w:tcPr>
            <w:tcW w:w="4968" w:type="dxa"/>
            <w:vAlign w:val="center"/>
          </w:tcPr>
          <w:p w14:paraId="66304FA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Expenditure incurred</w:t>
            </w:r>
          </w:p>
        </w:tc>
        <w:tc>
          <w:tcPr>
            <w:tcW w:w="4968" w:type="dxa"/>
            <w:vAlign w:val="center"/>
          </w:tcPr>
          <w:p w14:paraId="666CAF8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</w:tr>
      <w:tr w:rsidR="00BD0270" w:rsidRPr="005D23B2" w14:paraId="7E8F8DB4" w14:textId="77777777">
        <w:trPr>
          <w:jc w:val="center"/>
        </w:trPr>
        <w:tc>
          <w:tcPr>
            <w:tcW w:w="4968" w:type="dxa"/>
            <w:vAlign w:val="center"/>
          </w:tcPr>
          <w:p w14:paraId="1CD80B0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Balance available</w:t>
            </w:r>
          </w:p>
        </w:tc>
        <w:tc>
          <w:tcPr>
            <w:tcW w:w="4968" w:type="dxa"/>
            <w:vAlign w:val="center"/>
          </w:tcPr>
          <w:p w14:paraId="272CD90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</w:tr>
      <w:tr w:rsidR="00BD0270" w:rsidRPr="005D23B2" w14:paraId="04E7BD8E" w14:textId="77777777">
        <w:trPr>
          <w:jc w:val="center"/>
        </w:trPr>
        <w:tc>
          <w:tcPr>
            <w:tcW w:w="4968" w:type="dxa"/>
            <w:vAlign w:val="center"/>
          </w:tcPr>
          <w:p w14:paraId="643C2541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Revised work plan</w:t>
            </w:r>
          </w:p>
        </w:tc>
        <w:tc>
          <w:tcPr>
            <w:tcW w:w="4968" w:type="dxa"/>
            <w:vAlign w:val="center"/>
          </w:tcPr>
          <w:p w14:paraId="726E19F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5F9E5E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744B554F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PI justification: _____________________________________________________________________</w:t>
      </w:r>
    </w:p>
    <w:p w14:paraId="0914BDC0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Guide / HOD recommendation: 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00EA5247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7BC02093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14AE9F97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0A2D24D2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40A1D212" w14:textId="77777777">
        <w:trPr>
          <w:jc w:val="center"/>
        </w:trPr>
        <w:tc>
          <w:tcPr>
            <w:tcW w:w="3312" w:type="dxa"/>
            <w:vAlign w:val="center"/>
          </w:tcPr>
          <w:p w14:paraId="386313E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3312" w:type="dxa"/>
            <w:vAlign w:val="center"/>
          </w:tcPr>
          <w:p w14:paraId="4C007CC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49BF07F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50DF370" w14:textId="77777777">
        <w:trPr>
          <w:jc w:val="center"/>
        </w:trPr>
        <w:tc>
          <w:tcPr>
            <w:tcW w:w="3312" w:type="dxa"/>
            <w:vAlign w:val="center"/>
          </w:tcPr>
          <w:p w14:paraId="1B04C49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Guide / Mentor</w:t>
            </w:r>
          </w:p>
        </w:tc>
        <w:tc>
          <w:tcPr>
            <w:tcW w:w="3312" w:type="dxa"/>
            <w:vAlign w:val="center"/>
          </w:tcPr>
          <w:p w14:paraId="20F7D79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5F1573F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B7A9B96" w14:textId="77777777">
        <w:trPr>
          <w:jc w:val="center"/>
        </w:trPr>
        <w:tc>
          <w:tcPr>
            <w:tcW w:w="3312" w:type="dxa"/>
            <w:vAlign w:val="center"/>
          </w:tcPr>
          <w:p w14:paraId="1340F871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HOD</w:t>
            </w:r>
          </w:p>
        </w:tc>
        <w:tc>
          <w:tcPr>
            <w:tcW w:w="3312" w:type="dxa"/>
            <w:vAlign w:val="center"/>
          </w:tcPr>
          <w:p w14:paraId="3E87B7F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7A9E31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54FBA62" w14:textId="77777777">
        <w:trPr>
          <w:jc w:val="center"/>
        </w:trPr>
        <w:tc>
          <w:tcPr>
            <w:tcW w:w="3312" w:type="dxa"/>
            <w:vAlign w:val="center"/>
          </w:tcPr>
          <w:p w14:paraId="39AFB16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24362D3D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4D724F0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FC2CBEC" w14:textId="77777777">
        <w:trPr>
          <w:jc w:val="center"/>
        </w:trPr>
        <w:tc>
          <w:tcPr>
            <w:tcW w:w="3312" w:type="dxa"/>
            <w:vAlign w:val="center"/>
          </w:tcPr>
          <w:p w14:paraId="4EAE037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Competent Authority</w:t>
            </w:r>
          </w:p>
        </w:tc>
        <w:tc>
          <w:tcPr>
            <w:tcW w:w="3312" w:type="dxa"/>
            <w:vAlign w:val="center"/>
          </w:tcPr>
          <w:p w14:paraId="04C7B91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7D15289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15F6DF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68ACB68E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44E454DB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15 – PROJECT COMPLETION CERTIFICATE</w:t>
      </w:r>
    </w:p>
    <w:p w14:paraId="06982549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This is to certify that the RISE–IRGP project: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BD0270" w:rsidRPr="005D23B2" w14:paraId="78018D37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15DB1F30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Particular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12483AB9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BD0270" w:rsidRPr="005D23B2" w14:paraId="773F346D" w14:textId="77777777">
        <w:trPr>
          <w:jc w:val="center"/>
        </w:trPr>
        <w:tc>
          <w:tcPr>
            <w:tcW w:w="4968" w:type="dxa"/>
            <w:vAlign w:val="center"/>
          </w:tcPr>
          <w:p w14:paraId="6E93782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Project ID</w:t>
            </w:r>
          </w:p>
        </w:tc>
        <w:tc>
          <w:tcPr>
            <w:tcW w:w="4968" w:type="dxa"/>
            <w:vAlign w:val="center"/>
          </w:tcPr>
          <w:p w14:paraId="2A75761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8DD453F" w14:textId="77777777">
        <w:trPr>
          <w:jc w:val="center"/>
        </w:trPr>
        <w:tc>
          <w:tcPr>
            <w:tcW w:w="4968" w:type="dxa"/>
            <w:vAlign w:val="center"/>
          </w:tcPr>
          <w:p w14:paraId="4ECB3A0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4968" w:type="dxa"/>
            <w:vAlign w:val="center"/>
          </w:tcPr>
          <w:p w14:paraId="657DDEE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ABD7B3F" w14:textId="77777777">
        <w:trPr>
          <w:jc w:val="center"/>
        </w:trPr>
        <w:tc>
          <w:tcPr>
            <w:tcW w:w="4968" w:type="dxa"/>
            <w:vAlign w:val="center"/>
          </w:tcPr>
          <w:p w14:paraId="4BB648FE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4968" w:type="dxa"/>
            <w:vAlign w:val="center"/>
          </w:tcPr>
          <w:p w14:paraId="2B1B209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F1A2197" w14:textId="77777777">
        <w:trPr>
          <w:jc w:val="center"/>
        </w:trPr>
        <w:tc>
          <w:tcPr>
            <w:tcW w:w="4968" w:type="dxa"/>
            <w:vAlign w:val="center"/>
          </w:tcPr>
          <w:p w14:paraId="622E038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4968" w:type="dxa"/>
            <w:vAlign w:val="center"/>
          </w:tcPr>
          <w:p w14:paraId="1A4AB54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810FAF3" w14:textId="77777777">
        <w:trPr>
          <w:jc w:val="center"/>
        </w:trPr>
        <w:tc>
          <w:tcPr>
            <w:tcW w:w="4968" w:type="dxa"/>
            <w:vAlign w:val="center"/>
          </w:tcPr>
          <w:p w14:paraId="688776C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4968" w:type="dxa"/>
            <w:vAlign w:val="center"/>
          </w:tcPr>
          <w:p w14:paraId="2FE53AE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6DD59EB" w14:textId="77777777">
        <w:trPr>
          <w:jc w:val="center"/>
        </w:trPr>
        <w:tc>
          <w:tcPr>
            <w:tcW w:w="4968" w:type="dxa"/>
            <w:vAlign w:val="center"/>
          </w:tcPr>
          <w:p w14:paraId="0E77DFA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Approved grant</w:t>
            </w:r>
          </w:p>
        </w:tc>
        <w:tc>
          <w:tcPr>
            <w:tcW w:w="4968" w:type="dxa"/>
            <w:vAlign w:val="center"/>
          </w:tcPr>
          <w:p w14:paraId="27CB8C9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</w:tr>
      <w:tr w:rsidR="00BD0270" w:rsidRPr="005D23B2" w14:paraId="7EC275CB" w14:textId="77777777">
        <w:trPr>
          <w:jc w:val="center"/>
        </w:trPr>
        <w:tc>
          <w:tcPr>
            <w:tcW w:w="4968" w:type="dxa"/>
            <w:vAlign w:val="center"/>
          </w:tcPr>
          <w:p w14:paraId="34CF56C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Completion date</w:t>
            </w:r>
          </w:p>
        </w:tc>
        <w:tc>
          <w:tcPr>
            <w:tcW w:w="4968" w:type="dxa"/>
            <w:vAlign w:val="center"/>
          </w:tcPr>
          <w:p w14:paraId="1140D1E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2DE0E4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4C192CEC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has completed the approved research activities and submitted the required scientific, ethical and financial documentation, subject to institutional records.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280140A5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7CDD2602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4B08177B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1079B429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65D0C54A" w14:textId="77777777">
        <w:trPr>
          <w:jc w:val="center"/>
        </w:trPr>
        <w:tc>
          <w:tcPr>
            <w:tcW w:w="3312" w:type="dxa"/>
            <w:vAlign w:val="center"/>
          </w:tcPr>
          <w:p w14:paraId="5319B2D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1BEDAA3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7A87D0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C780EA6" w14:textId="77777777">
        <w:trPr>
          <w:jc w:val="center"/>
        </w:trPr>
        <w:tc>
          <w:tcPr>
            <w:tcW w:w="3312" w:type="dxa"/>
            <w:vAlign w:val="center"/>
          </w:tcPr>
          <w:p w14:paraId="152D82A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Finance / Accounts Officer</w:t>
            </w:r>
          </w:p>
        </w:tc>
        <w:tc>
          <w:tcPr>
            <w:tcW w:w="3312" w:type="dxa"/>
            <w:vAlign w:val="center"/>
          </w:tcPr>
          <w:p w14:paraId="0DF8E65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0A8F2D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3F5C37A" w14:textId="77777777">
        <w:trPr>
          <w:jc w:val="center"/>
        </w:trPr>
        <w:tc>
          <w:tcPr>
            <w:tcW w:w="3312" w:type="dxa"/>
            <w:vAlign w:val="center"/>
          </w:tcPr>
          <w:p w14:paraId="74D6BE2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Dean / Competent Authority</w:t>
            </w:r>
          </w:p>
        </w:tc>
        <w:tc>
          <w:tcPr>
            <w:tcW w:w="3312" w:type="dxa"/>
            <w:vAlign w:val="center"/>
          </w:tcPr>
          <w:p w14:paraId="6D4A0C2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4CC1055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58EB00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3C3C2402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6A3E45BA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16 – EXTERNAL GRANT CONVERSION / OUTCOME FORM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BD0270" w:rsidRPr="005D23B2" w14:paraId="041356CC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7205EB13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Particular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6818376E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</w:tr>
      <w:tr w:rsidR="00BD0270" w:rsidRPr="005D23B2" w14:paraId="3E7E07E7" w14:textId="77777777">
        <w:trPr>
          <w:jc w:val="center"/>
        </w:trPr>
        <w:tc>
          <w:tcPr>
            <w:tcW w:w="4968" w:type="dxa"/>
            <w:vAlign w:val="center"/>
          </w:tcPr>
          <w:p w14:paraId="74F58FC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RISE Project ID / Title</w:t>
            </w:r>
          </w:p>
        </w:tc>
        <w:tc>
          <w:tcPr>
            <w:tcW w:w="4968" w:type="dxa"/>
            <w:vAlign w:val="center"/>
          </w:tcPr>
          <w:p w14:paraId="0B9A6E1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3A5D8D4" w14:textId="77777777">
        <w:trPr>
          <w:jc w:val="center"/>
        </w:trPr>
        <w:tc>
          <w:tcPr>
            <w:tcW w:w="4968" w:type="dxa"/>
            <w:vAlign w:val="center"/>
          </w:tcPr>
          <w:p w14:paraId="0401EE7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External grant agency</w:t>
            </w:r>
          </w:p>
        </w:tc>
        <w:tc>
          <w:tcPr>
            <w:tcW w:w="4968" w:type="dxa"/>
            <w:vAlign w:val="center"/>
          </w:tcPr>
          <w:p w14:paraId="5925A13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ADA26F7" w14:textId="77777777">
        <w:trPr>
          <w:jc w:val="center"/>
        </w:trPr>
        <w:tc>
          <w:tcPr>
            <w:tcW w:w="4968" w:type="dxa"/>
            <w:vAlign w:val="center"/>
          </w:tcPr>
          <w:p w14:paraId="5C7BF27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Scheme</w:t>
            </w:r>
          </w:p>
        </w:tc>
        <w:tc>
          <w:tcPr>
            <w:tcW w:w="4968" w:type="dxa"/>
            <w:vAlign w:val="center"/>
          </w:tcPr>
          <w:p w14:paraId="1A10A01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EBCED4B" w14:textId="77777777">
        <w:trPr>
          <w:jc w:val="center"/>
        </w:trPr>
        <w:tc>
          <w:tcPr>
            <w:tcW w:w="4968" w:type="dxa"/>
            <w:vAlign w:val="center"/>
          </w:tcPr>
          <w:p w14:paraId="6E15835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Application submitted?</w:t>
            </w:r>
          </w:p>
        </w:tc>
        <w:tc>
          <w:tcPr>
            <w:tcW w:w="4968" w:type="dxa"/>
            <w:vAlign w:val="center"/>
          </w:tcPr>
          <w:p w14:paraId="4A5C372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 Yes   </w:t>
            </w:r>
            <w:r w:rsidRPr="005D23B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BD0270" w:rsidRPr="005D23B2" w14:paraId="0570FA9E" w14:textId="77777777">
        <w:trPr>
          <w:jc w:val="center"/>
        </w:trPr>
        <w:tc>
          <w:tcPr>
            <w:tcW w:w="4968" w:type="dxa"/>
            <w:vAlign w:val="center"/>
          </w:tcPr>
          <w:p w14:paraId="40E8487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Date of submission</w:t>
            </w:r>
          </w:p>
        </w:tc>
        <w:tc>
          <w:tcPr>
            <w:tcW w:w="4968" w:type="dxa"/>
            <w:vAlign w:val="center"/>
          </w:tcPr>
          <w:p w14:paraId="2A2FC3A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66791F8" w14:textId="77777777">
        <w:trPr>
          <w:jc w:val="center"/>
        </w:trPr>
        <w:tc>
          <w:tcPr>
            <w:tcW w:w="4968" w:type="dxa"/>
            <w:vAlign w:val="center"/>
          </w:tcPr>
          <w:p w14:paraId="5A4B2DE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Amount requested</w:t>
            </w:r>
          </w:p>
        </w:tc>
        <w:tc>
          <w:tcPr>
            <w:tcW w:w="4968" w:type="dxa"/>
            <w:vAlign w:val="center"/>
          </w:tcPr>
          <w:p w14:paraId="112DD596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</w:tr>
      <w:tr w:rsidR="00BD0270" w:rsidRPr="005D23B2" w14:paraId="78394EA0" w14:textId="77777777">
        <w:trPr>
          <w:jc w:val="center"/>
        </w:trPr>
        <w:tc>
          <w:tcPr>
            <w:tcW w:w="4968" w:type="dxa"/>
            <w:vAlign w:val="center"/>
          </w:tcPr>
          <w:p w14:paraId="6E578C9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Grant sanctioned?</w:t>
            </w:r>
          </w:p>
        </w:tc>
        <w:tc>
          <w:tcPr>
            <w:tcW w:w="4968" w:type="dxa"/>
            <w:vAlign w:val="center"/>
          </w:tcPr>
          <w:p w14:paraId="2FB97138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 Yes   </w:t>
            </w:r>
            <w:r w:rsidRPr="005D23B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 No   </w:t>
            </w:r>
            <w:r w:rsidRPr="005D23B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 Under review</w:t>
            </w:r>
          </w:p>
        </w:tc>
      </w:tr>
      <w:tr w:rsidR="00BD0270" w:rsidRPr="005D23B2" w14:paraId="357BD4D9" w14:textId="77777777">
        <w:trPr>
          <w:jc w:val="center"/>
        </w:trPr>
        <w:tc>
          <w:tcPr>
            <w:tcW w:w="4968" w:type="dxa"/>
            <w:vAlign w:val="center"/>
          </w:tcPr>
          <w:p w14:paraId="498A55C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Amount sanctioned</w:t>
            </w:r>
          </w:p>
        </w:tc>
        <w:tc>
          <w:tcPr>
            <w:tcW w:w="4968" w:type="dxa"/>
            <w:vAlign w:val="center"/>
          </w:tcPr>
          <w:p w14:paraId="5B0A4EB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</w:tr>
      <w:tr w:rsidR="00BD0270" w:rsidRPr="005D23B2" w14:paraId="17A716F1" w14:textId="77777777">
        <w:trPr>
          <w:jc w:val="center"/>
        </w:trPr>
        <w:tc>
          <w:tcPr>
            <w:tcW w:w="4968" w:type="dxa"/>
            <w:vAlign w:val="center"/>
          </w:tcPr>
          <w:p w14:paraId="6AA14C0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output generated</w:t>
            </w:r>
          </w:p>
        </w:tc>
        <w:tc>
          <w:tcPr>
            <w:tcW w:w="4968" w:type="dxa"/>
            <w:vAlign w:val="center"/>
          </w:tcPr>
          <w:p w14:paraId="48EF193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D7FB07E" w14:textId="77777777">
        <w:trPr>
          <w:jc w:val="center"/>
        </w:trPr>
        <w:tc>
          <w:tcPr>
            <w:tcW w:w="4968" w:type="dxa"/>
            <w:vAlign w:val="center"/>
          </w:tcPr>
          <w:p w14:paraId="0027EBBA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Collaborations generated</w:t>
            </w:r>
          </w:p>
        </w:tc>
        <w:tc>
          <w:tcPr>
            <w:tcW w:w="4968" w:type="dxa"/>
            <w:vAlign w:val="center"/>
          </w:tcPr>
          <w:p w14:paraId="168AFFB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63E6428" w14:textId="77777777">
        <w:trPr>
          <w:jc w:val="center"/>
        </w:trPr>
        <w:tc>
          <w:tcPr>
            <w:tcW w:w="4968" w:type="dxa"/>
            <w:vAlign w:val="center"/>
          </w:tcPr>
          <w:p w14:paraId="56A2CAC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Further action planned</w:t>
            </w:r>
          </w:p>
        </w:tc>
        <w:tc>
          <w:tcPr>
            <w:tcW w:w="4968" w:type="dxa"/>
            <w:vAlign w:val="center"/>
          </w:tcPr>
          <w:p w14:paraId="3E4989F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951871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413AD8F9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6CD76C9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1F6D7F8D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46C2FB98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113250DC" w14:textId="77777777">
        <w:trPr>
          <w:jc w:val="center"/>
        </w:trPr>
        <w:tc>
          <w:tcPr>
            <w:tcW w:w="3312" w:type="dxa"/>
            <w:vAlign w:val="center"/>
          </w:tcPr>
          <w:p w14:paraId="09A2B1B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3312" w:type="dxa"/>
            <w:vAlign w:val="center"/>
          </w:tcPr>
          <w:p w14:paraId="418934A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47B54C0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CFA17CE" w14:textId="77777777">
        <w:trPr>
          <w:jc w:val="center"/>
        </w:trPr>
        <w:tc>
          <w:tcPr>
            <w:tcW w:w="3312" w:type="dxa"/>
            <w:vAlign w:val="center"/>
          </w:tcPr>
          <w:p w14:paraId="5254B0C2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</w:t>
            </w:r>
          </w:p>
        </w:tc>
        <w:tc>
          <w:tcPr>
            <w:tcW w:w="3312" w:type="dxa"/>
            <w:vAlign w:val="center"/>
          </w:tcPr>
          <w:p w14:paraId="160DDC1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CC1417D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6FE092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6C073DB8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6CD79F45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ANNEXURE 17 – ANNUAL RISE INSTITUTIONAL KPI DASHBOARD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BD0270" w:rsidRPr="005D23B2" w14:paraId="5BDEA79C" w14:textId="77777777">
        <w:trPr>
          <w:jc w:val="center"/>
        </w:trPr>
        <w:tc>
          <w:tcPr>
            <w:tcW w:w="2484" w:type="dxa"/>
            <w:shd w:val="clear" w:color="auto" w:fill="D9EAF7"/>
            <w:vAlign w:val="center"/>
          </w:tcPr>
          <w:p w14:paraId="27061BC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Indicator</w:t>
            </w:r>
          </w:p>
        </w:tc>
        <w:tc>
          <w:tcPr>
            <w:tcW w:w="2484" w:type="dxa"/>
            <w:shd w:val="clear" w:color="auto" w:fill="D9EAF7"/>
            <w:vAlign w:val="center"/>
          </w:tcPr>
          <w:p w14:paraId="3064183A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Target / Number</w:t>
            </w:r>
          </w:p>
        </w:tc>
        <w:tc>
          <w:tcPr>
            <w:tcW w:w="2484" w:type="dxa"/>
            <w:shd w:val="clear" w:color="auto" w:fill="D9EAF7"/>
            <w:vAlign w:val="center"/>
          </w:tcPr>
          <w:p w14:paraId="0B0243BD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Actual</w:t>
            </w:r>
          </w:p>
        </w:tc>
        <w:tc>
          <w:tcPr>
            <w:tcW w:w="2484" w:type="dxa"/>
            <w:shd w:val="clear" w:color="auto" w:fill="D9EAF7"/>
            <w:vAlign w:val="center"/>
          </w:tcPr>
          <w:p w14:paraId="70ED54E4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BD0270" w:rsidRPr="005D23B2" w14:paraId="72F4DF9E" w14:textId="77777777">
        <w:trPr>
          <w:jc w:val="center"/>
        </w:trPr>
        <w:tc>
          <w:tcPr>
            <w:tcW w:w="2484" w:type="dxa"/>
            <w:vAlign w:val="center"/>
          </w:tcPr>
          <w:p w14:paraId="07D10463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Applications received</w:t>
            </w:r>
          </w:p>
        </w:tc>
        <w:tc>
          <w:tcPr>
            <w:tcW w:w="2484" w:type="dxa"/>
            <w:vAlign w:val="center"/>
          </w:tcPr>
          <w:p w14:paraId="78A1EEF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759E2A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4E5A22C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A7D4493" w14:textId="77777777">
        <w:trPr>
          <w:jc w:val="center"/>
        </w:trPr>
        <w:tc>
          <w:tcPr>
            <w:tcW w:w="2484" w:type="dxa"/>
            <w:vAlign w:val="center"/>
          </w:tcPr>
          <w:p w14:paraId="37339A7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UG projects funded</w:t>
            </w:r>
          </w:p>
        </w:tc>
        <w:tc>
          <w:tcPr>
            <w:tcW w:w="2484" w:type="dxa"/>
            <w:vAlign w:val="center"/>
          </w:tcPr>
          <w:p w14:paraId="51BADBC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088DE20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462592C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50C5FA0" w14:textId="77777777">
        <w:trPr>
          <w:jc w:val="center"/>
        </w:trPr>
        <w:tc>
          <w:tcPr>
            <w:tcW w:w="2484" w:type="dxa"/>
            <w:vAlign w:val="center"/>
          </w:tcPr>
          <w:p w14:paraId="22BC722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PG projects funded</w:t>
            </w:r>
          </w:p>
        </w:tc>
        <w:tc>
          <w:tcPr>
            <w:tcW w:w="2484" w:type="dxa"/>
            <w:vAlign w:val="center"/>
          </w:tcPr>
          <w:p w14:paraId="3274F9B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4C9CEBB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3B0BF6E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5283575" w14:textId="77777777">
        <w:trPr>
          <w:jc w:val="center"/>
        </w:trPr>
        <w:tc>
          <w:tcPr>
            <w:tcW w:w="2484" w:type="dxa"/>
            <w:vAlign w:val="center"/>
          </w:tcPr>
          <w:p w14:paraId="56BD5730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Faculty projects funded</w:t>
            </w:r>
          </w:p>
        </w:tc>
        <w:tc>
          <w:tcPr>
            <w:tcW w:w="2484" w:type="dxa"/>
            <w:vAlign w:val="center"/>
          </w:tcPr>
          <w:p w14:paraId="38C6B30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39CE6D7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3F4AD70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4A7B894" w14:textId="77777777">
        <w:trPr>
          <w:jc w:val="center"/>
        </w:trPr>
        <w:tc>
          <w:tcPr>
            <w:tcW w:w="2484" w:type="dxa"/>
            <w:vAlign w:val="center"/>
          </w:tcPr>
          <w:p w14:paraId="6297A46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Total RISE amount sanctioned</w:t>
            </w:r>
          </w:p>
        </w:tc>
        <w:tc>
          <w:tcPr>
            <w:tcW w:w="2484" w:type="dxa"/>
            <w:vAlign w:val="center"/>
          </w:tcPr>
          <w:p w14:paraId="6E8A76D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  <w:tc>
          <w:tcPr>
            <w:tcW w:w="2484" w:type="dxa"/>
            <w:vAlign w:val="center"/>
          </w:tcPr>
          <w:p w14:paraId="50FD8F7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2A748F3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6B074574" w14:textId="77777777">
        <w:trPr>
          <w:jc w:val="center"/>
        </w:trPr>
        <w:tc>
          <w:tcPr>
            <w:tcW w:w="2484" w:type="dxa"/>
            <w:vAlign w:val="center"/>
          </w:tcPr>
          <w:p w14:paraId="4160E00E" w14:textId="0C6A27C1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 xml:space="preserve">Total expenditure / </w:t>
            </w:r>
            <w:r w:rsidR="001A789E">
              <w:rPr>
                <w:rFonts w:ascii="Times New Roman" w:hAnsi="Times New Roman" w:cs="Times New Roman"/>
                <w:sz w:val="24"/>
                <w:szCs w:val="24"/>
              </w:rPr>
              <w:t>utilization</w:t>
            </w:r>
          </w:p>
        </w:tc>
        <w:tc>
          <w:tcPr>
            <w:tcW w:w="2484" w:type="dxa"/>
            <w:vAlign w:val="center"/>
          </w:tcPr>
          <w:p w14:paraId="3C804E3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  <w:tc>
          <w:tcPr>
            <w:tcW w:w="2484" w:type="dxa"/>
            <w:vAlign w:val="center"/>
          </w:tcPr>
          <w:p w14:paraId="214507E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04D92D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32C7DDC" w14:textId="77777777">
        <w:trPr>
          <w:jc w:val="center"/>
        </w:trPr>
        <w:tc>
          <w:tcPr>
            <w:tcW w:w="2484" w:type="dxa"/>
            <w:vAlign w:val="center"/>
          </w:tcPr>
          <w:p w14:paraId="11005D0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Projects completed on time</w:t>
            </w:r>
          </w:p>
        </w:tc>
        <w:tc>
          <w:tcPr>
            <w:tcW w:w="2484" w:type="dxa"/>
            <w:vAlign w:val="center"/>
          </w:tcPr>
          <w:p w14:paraId="55FD2F4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6D0AB16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4E4549C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FC87391" w14:textId="77777777">
        <w:trPr>
          <w:jc w:val="center"/>
        </w:trPr>
        <w:tc>
          <w:tcPr>
            <w:tcW w:w="2484" w:type="dxa"/>
            <w:vAlign w:val="center"/>
          </w:tcPr>
          <w:p w14:paraId="6CE5329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IEC compliance rate</w:t>
            </w:r>
          </w:p>
        </w:tc>
        <w:tc>
          <w:tcPr>
            <w:tcW w:w="2484" w:type="dxa"/>
            <w:vAlign w:val="center"/>
          </w:tcPr>
          <w:p w14:paraId="2FD2CA9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44B390F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37CD732E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F0A6B11" w14:textId="77777777">
        <w:trPr>
          <w:jc w:val="center"/>
        </w:trPr>
        <w:tc>
          <w:tcPr>
            <w:tcW w:w="2484" w:type="dxa"/>
            <w:vAlign w:val="center"/>
          </w:tcPr>
          <w:p w14:paraId="280662E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Manuscripts submitted</w:t>
            </w:r>
          </w:p>
        </w:tc>
        <w:tc>
          <w:tcPr>
            <w:tcW w:w="2484" w:type="dxa"/>
            <w:vAlign w:val="center"/>
          </w:tcPr>
          <w:p w14:paraId="180E3BD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519CEB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A1B2940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258EF8AD" w14:textId="77777777">
        <w:trPr>
          <w:jc w:val="center"/>
        </w:trPr>
        <w:tc>
          <w:tcPr>
            <w:tcW w:w="2484" w:type="dxa"/>
            <w:vAlign w:val="center"/>
          </w:tcPr>
          <w:p w14:paraId="4DBA5DE4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Publications</w:t>
            </w:r>
          </w:p>
        </w:tc>
        <w:tc>
          <w:tcPr>
            <w:tcW w:w="2484" w:type="dxa"/>
            <w:vAlign w:val="center"/>
          </w:tcPr>
          <w:p w14:paraId="01B0D14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758E49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284621E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338B216F" w14:textId="77777777">
        <w:trPr>
          <w:jc w:val="center"/>
        </w:trPr>
        <w:tc>
          <w:tcPr>
            <w:tcW w:w="2484" w:type="dxa"/>
            <w:vAlign w:val="center"/>
          </w:tcPr>
          <w:p w14:paraId="78E6DE4F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Posters / oral presentations</w:t>
            </w:r>
          </w:p>
        </w:tc>
        <w:tc>
          <w:tcPr>
            <w:tcW w:w="2484" w:type="dxa"/>
            <w:vAlign w:val="center"/>
          </w:tcPr>
          <w:p w14:paraId="4BEB784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237143A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4B3E63E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16ACA90E" w14:textId="77777777">
        <w:trPr>
          <w:jc w:val="center"/>
        </w:trPr>
        <w:tc>
          <w:tcPr>
            <w:tcW w:w="2484" w:type="dxa"/>
            <w:vAlign w:val="center"/>
          </w:tcPr>
          <w:p w14:paraId="7B8E5F9C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Patents / IP outputs</w:t>
            </w:r>
          </w:p>
        </w:tc>
        <w:tc>
          <w:tcPr>
            <w:tcW w:w="2484" w:type="dxa"/>
            <w:vAlign w:val="center"/>
          </w:tcPr>
          <w:p w14:paraId="1FF6DE0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5CB0A43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F98742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73674816" w14:textId="77777777">
        <w:trPr>
          <w:jc w:val="center"/>
        </w:trPr>
        <w:tc>
          <w:tcPr>
            <w:tcW w:w="2484" w:type="dxa"/>
            <w:vAlign w:val="center"/>
          </w:tcPr>
          <w:p w14:paraId="78DE2A11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External grant applications</w:t>
            </w:r>
          </w:p>
        </w:tc>
        <w:tc>
          <w:tcPr>
            <w:tcW w:w="2484" w:type="dxa"/>
            <w:vAlign w:val="center"/>
          </w:tcPr>
          <w:p w14:paraId="7E00BFEA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DCF6A0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19231EF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B96E593" w14:textId="77777777">
        <w:trPr>
          <w:jc w:val="center"/>
        </w:trPr>
        <w:tc>
          <w:tcPr>
            <w:tcW w:w="2484" w:type="dxa"/>
            <w:vAlign w:val="center"/>
          </w:tcPr>
          <w:p w14:paraId="5C455ED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External grants sanctioned</w:t>
            </w:r>
          </w:p>
        </w:tc>
        <w:tc>
          <w:tcPr>
            <w:tcW w:w="2484" w:type="dxa"/>
            <w:vAlign w:val="center"/>
          </w:tcPr>
          <w:p w14:paraId="6C5438D7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</w:p>
        </w:tc>
        <w:tc>
          <w:tcPr>
            <w:tcW w:w="2484" w:type="dxa"/>
            <w:vAlign w:val="center"/>
          </w:tcPr>
          <w:p w14:paraId="76158F0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341D1AB8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242AC7C" w14:textId="77777777">
        <w:trPr>
          <w:jc w:val="center"/>
        </w:trPr>
        <w:tc>
          <w:tcPr>
            <w:tcW w:w="2484" w:type="dxa"/>
            <w:vAlign w:val="center"/>
          </w:tcPr>
          <w:p w14:paraId="46F2255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Interdepartmental projects</w:t>
            </w:r>
          </w:p>
        </w:tc>
        <w:tc>
          <w:tcPr>
            <w:tcW w:w="2484" w:type="dxa"/>
            <w:vAlign w:val="center"/>
          </w:tcPr>
          <w:p w14:paraId="528FA53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6BC21FA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1145EA8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2A6FD16" w14:textId="77777777">
        <w:trPr>
          <w:jc w:val="center"/>
        </w:trPr>
        <w:tc>
          <w:tcPr>
            <w:tcW w:w="2484" w:type="dxa"/>
            <w:vAlign w:val="center"/>
          </w:tcPr>
          <w:p w14:paraId="12DFE56B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New investigators supported</w:t>
            </w:r>
          </w:p>
        </w:tc>
        <w:tc>
          <w:tcPr>
            <w:tcW w:w="2484" w:type="dxa"/>
            <w:vAlign w:val="center"/>
          </w:tcPr>
          <w:p w14:paraId="32710194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34565E16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0644B3B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60D0154" w14:textId="77777777">
        <w:trPr>
          <w:jc w:val="center"/>
        </w:trPr>
        <w:tc>
          <w:tcPr>
            <w:tcW w:w="2484" w:type="dxa"/>
            <w:vAlign w:val="center"/>
          </w:tcPr>
          <w:p w14:paraId="6B480922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RISE External Grant Leverage Ratio</w:t>
            </w:r>
          </w:p>
        </w:tc>
        <w:tc>
          <w:tcPr>
            <w:tcW w:w="2484" w:type="dxa"/>
            <w:vAlign w:val="center"/>
          </w:tcPr>
          <w:p w14:paraId="45935CE1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415F039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7518DE17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F8DFC9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25AE0DEB" w14:textId="77777777" w:rsidR="00BD0270" w:rsidRPr="005D23B2" w:rsidRDefault="000D7F57">
      <w:pPr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br w:type="page"/>
      </w:r>
    </w:p>
    <w:p w14:paraId="2158B96E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lastRenderedPageBreak/>
        <w:t>FINAL GOVERNANCE PROVISIONS</w:t>
      </w:r>
    </w:p>
    <w:p w14:paraId="63CE6842" w14:textId="77777777" w:rsidR="00BD0270" w:rsidRPr="00744ECB" w:rsidRDefault="000D7F57" w:rsidP="00744ECB">
      <w:pPr>
        <w:pStyle w:val="ListNumber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44ECB">
        <w:rPr>
          <w:rFonts w:ascii="Times New Roman" w:hAnsi="Times New Roman" w:cs="Times New Roman"/>
          <w:sz w:val="24"/>
          <w:szCs w:val="24"/>
        </w:rPr>
        <w:t>These Guidelines shall be read with the approved institutional Research Policy and applicable institutional SOPs.</w:t>
      </w:r>
    </w:p>
    <w:p w14:paraId="008287C5" w14:textId="77777777" w:rsidR="00BD0270" w:rsidRPr="005D23B2" w:rsidRDefault="000D7F57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Ethical requirements shall be governed by the Institutional Ethics Committee and applicable ethical/regulatory requirements.</w:t>
      </w:r>
    </w:p>
    <w:p w14:paraId="2A9F313D" w14:textId="77777777" w:rsidR="00BD0270" w:rsidRPr="005D23B2" w:rsidRDefault="000D7F57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Financial and procurement matters shall be governed by institutional Finance and Stores procedures.</w:t>
      </w:r>
    </w:p>
    <w:p w14:paraId="3830AC21" w14:textId="77777777" w:rsidR="00BD0270" w:rsidRPr="005D23B2" w:rsidRDefault="000D7F57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Academic integrity and plagiarism matters shall be handled through the applicable institutional mechanism.</w:t>
      </w:r>
    </w:p>
    <w:p w14:paraId="3E485175" w14:textId="77777777" w:rsidR="00BD0270" w:rsidRPr="005D23B2" w:rsidRDefault="000D7F57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Intellectual property shall be governed by the institutional IPR Policy and IPR Cell.</w:t>
      </w:r>
    </w:p>
    <w:p w14:paraId="7769C107" w14:textId="77777777" w:rsidR="00BD0270" w:rsidRPr="005D23B2" w:rsidRDefault="000D7F57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Where a legacy IRGP document conflicts with this approved RISE–IRGP document, the approved RISE–IRGP provisions shall prevail prospectively from their effective date, unless otherwise stated by the competent authority.</w:t>
      </w:r>
    </w:p>
    <w:p w14:paraId="2F1F2D58" w14:textId="77777777" w:rsidR="00BD0270" w:rsidRPr="005D23B2" w:rsidRDefault="000D7F57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The IRC may recommend modification, revision, approval, rejection, suspension or closure of a project based on scientific, ethical, administrative or financial considerations.</w:t>
      </w:r>
    </w:p>
    <w:p w14:paraId="5A1B4FED" w14:textId="77777777" w:rsidR="00BD0270" w:rsidRPr="005D23B2" w:rsidRDefault="000D7F57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The competent authority shall have final administrative authority regarding interpretation of these institutional grant provisions.</w:t>
      </w:r>
    </w:p>
    <w:p w14:paraId="64D61176" w14:textId="77777777" w:rsidR="00BD0270" w:rsidRPr="005D23B2" w:rsidRDefault="000D7F5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5D23B2">
        <w:rPr>
          <w:rFonts w:ascii="Times New Roman" w:hAnsi="Times New Roman" w:cs="Times New Roman"/>
          <w:sz w:val="24"/>
          <w:szCs w:val="24"/>
        </w:rPr>
        <w:t>SIGNATURE / APPROVAL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D0270" w:rsidRPr="005D23B2" w14:paraId="584E9638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0368B7F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Name / Designation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6365EE8B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587D41B5" w14:textId="77777777" w:rsidR="00BD0270" w:rsidRPr="005D23B2" w:rsidRDefault="000D7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BD0270" w:rsidRPr="005D23B2" w14:paraId="14F033F3" w14:textId="77777777">
        <w:trPr>
          <w:jc w:val="center"/>
        </w:trPr>
        <w:tc>
          <w:tcPr>
            <w:tcW w:w="3312" w:type="dxa"/>
            <w:vAlign w:val="center"/>
          </w:tcPr>
          <w:p w14:paraId="59E5B789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Research Coordinator – Dr. Ashok Vankudre</w:t>
            </w:r>
          </w:p>
        </w:tc>
        <w:tc>
          <w:tcPr>
            <w:tcW w:w="3312" w:type="dxa"/>
            <w:vAlign w:val="center"/>
          </w:tcPr>
          <w:p w14:paraId="5CBEF0C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4275B8F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0F8F3D08" w14:textId="77777777">
        <w:trPr>
          <w:jc w:val="center"/>
        </w:trPr>
        <w:tc>
          <w:tcPr>
            <w:tcW w:w="3312" w:type="dxa"/>
            <w:vAlign w:val="center"/>
          </w:tcPr>
          <w:p w14:paraId="5E05B131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Chairperson, Institutional Research Committee / Dean</w:t>
            </w:r>
          </w:p>
        </w:tc>
        <w:tc>
          <w:tcPr>
            <w:tcW w:w="3312" w:type="dxa"/>
            <w:vAlign w:val="center"/>
          </w:tcPr>
          <w:p w14:paraId="1B6B7C52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58D0F43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43E8618C" w14:textId="77777777">
        <w:trPr>
          <w:jc w:val="center"/>
        </w:trPr>
        <w:tc>
          <w:tcPr>
            <w:tcW w:w="3312" w:type="dxa"/>
            <w:vAlign w:val="center"/>
          </w:tcPr>
          <w:p w14:paraId="05251E85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Dean – Dr. Sudhir Bhamre</w:t>
            </w:r>
          </w:p>
        </w:tc>
        <w:tc>
          <w:tcPr>
            <w:tcW w:w="3312" w:type="dxa"/>
            <w:vAlign w:val="center"/>
          </w:tcPr>
          <w:p w14:paraId="7C109A25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3F688BC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270" w:rsidRPr="005D23B2" w14:paraId="59B8F848" w14:textId="77777777">
        <w:trPr>
          <w:jc w:val="center"/>
        </w:trPr>
        <w:tc>
          <w:tcPr>
            <w:tcW w:w="3312" w:type="dxa"/>
            <w:vAlign w:val="center"/>
          </w:tcPr>
          <w:p w14:paraId="44F31C1D" w14:textId="77777777" w:rsidR="00BD0270" w:rsidRPr="005D23B2" w:rsidRDefault="000D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3B2">
              <w:rPr>
                <w:rFonts w:ascii="Times New Roman" w:hAnsi="Times New Roman" w:cs="Times New Roman"/>
                <w:sz w:val="24"/>
                <w:szCs w:val="24"/>
              </w:rPr>
              <w:t>Date of Approval</w:t>
            </w:r>
          </w:p>
        </w:tc>
        <w:tc>
          <w:tcPr>
            <w:tcW w:w="3312" w:type="dxa"/>
            <w:vAlign w:val="center"/>
          </w:tcPr>
          <w:p w14:paraId="3D8A5FB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00871839" w14:textId="77777777" w:rsidR="00BD0270" w:rsidRPr="005D23B2" w:rsidRDefault="00BD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19B721" w14:textId="77777777" w:rsidR="00BD0270" w:rsidRPr="005D23B2" w:rsidRDefault="00BD0270">
      <w:pPr>
        <w:spacing w:after="40"/>
        <w:rPr>
          <w:rFonts w:ascii="Times New Roman" w:hAnsi="Times New Roman" w:cs="Times New Roman"/>
          <w:sz w:val="24"/>
          <w:szCs w:val="24"/>
        </w:rPr>
      </w:pPr>
    </w:p>
    <w:sectPr w:rsidR="00BD0270" w:rsidRPr="005D23B2" w:rsidSect="00034616">
      <w:footerReference w:type="default" r:id="rId9"/>
      <w:pgSz w:w="12240" w:h="15840"/>
      <w:pgMar w:top="1008" w:right="1152" w:bottom="1008" w:left="1152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7C780A" w14:textId="77777777" w:rsidR="0045319F" w:rsidRDefault="0045319F">
      <w:pPr>
        <w:spacing w:after="0" w:line="240" w:lineRule="auto"/>
      </w:pPr>
      <w:r>
        <w:separator/>
      </w:r>
    </w:p>
  </w:endnote>
  <w:endnote w:type="continuationSeparator" w:id="0">
    <w:p w14:paraId="76F7B67B" w14:textId="77777777" w:rsidR="0045319F" w:rsidRDefault="00453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DB3E2" w14:textId="77777777" w:rsidR="00C5256D" w:rsidRDefault="00C5256D">
    <w:pPr>
      <w:pStyle w:val="Footer"/>
      <w:jc w:val="center"/>
    </w:pPr>
    <w:r>
      <w:rPr>
        <w:sz w:val="15"/>
      </w:rPr>
      <w:t>RISE–IRGP | Comprehensive Rules, Regulations, Application &amp; Monitoring Guidelines | 2026–27</w:t>
    </w:r>
    <w:r>
      <w:t xml:space="preserve">   |   Page </w:t>
    </w:r>
    <w:r>
      <w:fldChar w:fldCharType="begin"/>
    </w:r>
    <w:r>
      <w:instrText>PAGE</w:instrText>
    </w:r>
    <w:r>
      <w:fldChar w:fldCharType="separate"/>
    </w:r>
    <w:r w:rsidR="00CE502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36A4D" w14:textId="77777777" w:rsidR="0045319F" w:rsidRDefault="0045319F">
      <w:pPr>
        <w:spacing w:after="0" w:line="240" w:lineRule="auto"/>
      </w:pPr>
      <w:r>
        <w:separator/>
      </w:r>
    </w:p>
  </w:footnote>
  <w:footnote w:type="continuationSeparator" w:id="0">
    <w:p w14:paraId="7FD13173" w14:textId="77777777" w:rsidR="0045319F" w:rsidRDefault="00453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C6A2C1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2EF4642"/>
    <w:multiLevelType w:val="multilevel"/>
    <w:tmpl w:val="3E00F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AC2BD3"/>
    <w:multiLevelType w:val="hybridMultilevel"/>
    <w:tmpl w:val="D69CC2E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D9454FB"/>
    <w:multiLevelType w:val="multilevel"/>
    <w:tmpl w:val="C5D4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B53E4"/>
    <w:multiLevelType w:val="multilevel"/>
    <w:tmpl w:val="0FD8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FE50B8"/>
    <w:multiLevelType w:val="hybridMultilevel"/>
    <w:tmpl w:val="CBEC9D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DD18A6"/>
    <w:multiLevelType w:val="hybridMultilevel"/>
    <w:tmpl w:val="05B8D468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90F22DC"/>
    <w:multiLevelType w:val="hybridMultilevel"/>
    <w:tmpl w:val="F4E46C6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04E2F75"/>
    <w:multiLevelType w:val="hybridMultilevel"/>
    <w:tmpl w:val="AC46840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7AA05F4"/>
    <w:multiLevelType w:val="multilevel"/>
    <w:tmpl w:val="0FB0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D761CD"/>
    <w:multiLevelType w:val="multilevel"/>
    <w:tmpl w:val="6C521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F4740C"/>
    <w:multiLevelType w:val="hybridMultilevel"/>
    <w:tmpl w:val="972271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115BFB"/>
    <w:multiLevelType w:val="multilevel"/>
    <w:tmpl w:val="EB666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347806"/>
    <w:multiLevelType w:val="multilevel"/>
    <w:tmpl w:val="ACCEF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BC742D"/>
    <w:multiLevelType w:val="multilevel"/>
    <w:tmpl w:val="45E2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4C2F4C"/>
    <w:multiLevelType w:val="hybridMultilevel"/>
    <w:tmpl w:val="70B2E5C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ED64DE0"/>
    <w:multiLevelType w:val="multilevel"/>
    <w:tmpl w:val="954C1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5"/>
  </w:num>
  <w:num w:numId="12">
    <w:abstractNumId w:val="10"/>
  </w:num>
  <w:num w:numId="13">
    <w:abstractNumId w:val="23"/>
  </w:num>
  <w:num w:numId="14">
    <w:abstractNumId w:val="16"/>
  </w:num>
  <w:num w:numId="15">
    <w:abstractNumId w:val="14"/>
  </w:num>
  <w:num w:numId="16">
    <w:abstractNumId w:val="13"/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</w:num>
  <w:num w:numId="21">
    <w:abstractNumId w:val="17"/>
  </w:num>
  <w:num w:numId="22">
    <w:abstractNumId w:val="20"/>
  </w:num>
  <w:num w:numId="23">
    <w:abstractNumId w:val="12"/>
  </w:num>
  <w:num w:numId="24">
    <w:abstractNumId w:val="22"/>
  </w:num>
  <w:num w:numId="25">
    <w:abstractNumId w:val="24"/>
  </w:num>
  <w:num w:numId="26">
    <w:abstractNumId w:val="18"/>
  </w:num>
  <w:num w:numId="27">
    <w:abstractNumId w:val="9"/>
  </w:num>
  <w:num w:numId="28">
    <w:abstractNumId w:val="11"/>
  </w:num>
  <w:num w:numId="29">
    <w:abstractNumId w:val="21"/>
  </w:num>
  <w:num w:numId="3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6D7B"/>
    <w:rsid w:val="00034616"/>
    <w:rsid w:val="0006063C"/>
    <w:rsid w:val="0008549F"/>
    <w:rsid w:val="000C3F64"/>
    <w:rsid w:val="000D5EB5"/>
    <w:rsid w:val="000D7F57"/>
    <w:rsid w:val="0015074B"/>
    <w:rsid w:val="00164ACE"/>
    <w:rsid w:val="001A789E"/>
    <w:rsid w:val="001B5263"/>
    <w:rsid w:val="001C119E"/>
    <w:rsid w:val="00235E83"/>
    <w:rsid w:val="002908D9"/>
    <w:rsid w:val="0029639D"/>
    <w:rsid w:val="00306FB8"/>
    <w:rsid w:val="00326F90"/>
    <w:rsid w:val="0033241B"/>
    <w:rsid w:val="003A795E"/>
    <w:rsid w:val="003B38CE"/>
    <w:rsid w:val="003F2753"/>
    <w:rsid w:val="00410676"/>
    <w:rsid w:val="0045319F"/>
    <w:rsid w:val="004B7C2B"/>
    <w:rsid w:val="004E7E8F"/>
    <w:rsid w:val="005D23B2"/>
    <w:rsid w:val="006A1163"/>
    <w:rsid w:val="006B3187"/>
    <w:rsid w:val="006B66A0"/>
    <w:rsid w:val="00744ECB"/>
    <w:rsid w:val="00855E05"/>
    <w:rsid w:val="009B2EEF"/>
    <w:rsid w:val="00A10104"/>
    <w:rsid w:val="00A8357B"/>
    <w:rsid w:val="00A8590D"/>
    <w:rsid w:val="00AA1D8D"/>
    <w:rsid w:val="00AC49E3"/>
    <w:rsid w:val="00B47730"/>
    <w:rsid w:val="00BD0270"/>
    <w:rsid w:val="00C5256D"/>
    <w:rsid w:val="00C82AE7"/>
    <w:rsid w:val="00CB0664"/>
    <w:rsid w:val="00CD7B3A"/>
    <w:rsid w:val="00CE5021"/>
    <w:rsid w:val="00CF7EA2"/>
    <w:rsid w:val="00D743E9"/>
    <w:rsid w:val="00D93761"/>
    <w:rsid w:val="00D97906"/>
    <w:rsid w:val="00DA0739"/>
    <w:rsid w:val="00DB488C"/>
    <w:rsid w:val="00DF69E5"/>
    <w:rsid w:val="00E0362A"/>
    <w:rsid w:val="00E1170B"/>
    <w:rsid w:val="00E26FF1"/>
    <w:rsid w:val="00E80B93"/>
    <w:rsid w:val="00EA075C"/>
    <w:rsid w:val="00FC693F"/>
    <w:rsid w:val="00FF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4E6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 Text"/>
    <w:pPr>
      <w:spacing w:after="40"/>
    </w:pPr>
    <w:rPr>
      <w:rFonts w:ascii="Aptos" w:hAnsi="Aptos"/>
      <w:sz w:val="17"/>
    </w:rPr>
  </w:style>
  <w:style w:type="paragraph" w:customStyle="1" w:styleId="TableText">
    <w:name w:val="Table Text"/>
    <w:pPr>
      <w:spacing w:after="0"/>
    </w:pPr>
    <w:rPr>
      <w:rFonts w:ascii="Aptos" w:hAnsi="Aptos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5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D7B3A"/>
    <w:pPr>
      <w:spacing w:after="0" w:line="240" w:lineRule="auto"/>
    </w:pPr>
    <w:rPr>
      <w:rFonts w:ascii="Aptos" w:hAnsi="Aptos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 Text"/>
    <w:pPr>
      <w:spacing w:after="40"/>
    </w:pPr>
    <w:rPr>
      <w:rFonts w:ascii="Aptos" w:hAnsi="Aptos"/>
      <w:sz w:val="17"/>
    </w:rPr>
  </w:style>
  <w:style w:type="paragraph" w:customStyle="1" w:styleId="TableText">
    <w:name w:val="Table Text"/>
    <w:pPr>
      <w:spacing w:after="0"/>
    </w:pPr>
    <w:rPr>
      <w:rFonts w:ascii="Aptos" w:hAnsi="Aptos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5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D7B3A"/>
    <w:pPr>
      <w:spacing w:after="0" w:line="240" w:lineRule="auto"/>
    </w:pPr>
    <w:rPr>
      <w:rFonts w:ascii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A9B6C49-3BC7-40EA-BD1B-37D52C975C99}">
  <we:reference id="wa200007708" version="1.0.0.0" store="en-US" storeType="OMEX"/>
  <we:alternateReferences>
    <we:reference id="WA20000770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E7A84F-A936-406B-A29B-18C6D42F7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2694</Words>
  <Characters>15362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CRL</cp:lastModifiedBy>
  <cp:revision>2</cp:revision>
  <dcterms:created xsi:type="dcterms:W3CDTF">2026-10-06T07:16:00Z</dcterms:created>
  <dcterms:modified xsi:type="dcterms:W3CDTF">2026-10-06T07:16:00Z</dcterms:modified>
</cp:coreProperties>
</file>